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4D8" w:rsidRDefault="00A404D8">
      <w:pPr>
        <w:autoSpaceDE w:val="0"/>
        <w:autoSpaceDN w:val="0"/>
        <w:spacing w:after="78" w:line="220" w:lineRule="exact"/>
      </w:pPr>
    </w:p>
    <w:p w:rsidR="00473D0C" w:rsidRPr="00473D0C" w:rsidRDefault="00473D0C" w:rsidP="00473D0C">
      <w:pPr>
        <w:spacing w:after="0" w:line="246" w:lineRule="auto"/>
        <w:ind w:left="10" w:right="-1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73D0C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473D0C" w:rsidRPr="00473D0C" w:rsidRDefault="00473D0C" w:rsidP="00473D0C">
      <w:pPr>
        <w:spacing w:after="0" w:line="246" w:lineRule="auto"/>
        <w:ind w:left="10" w:right="-1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73D0C"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Республики Башкортостан</w:t>
      </w:r>
    </w:p>
    <w:p w:rsidR="00473D0C" w:rsidRPr="00473D0C" w:rsidRDefault="00473D0C" w:rsidP="00473D0C">
      <w:pPr>
        <w:spacing w:after="0" w:line="240" w:lineRule="auto"/>
        <w:ind w:left="83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73D0C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казенное учреждение Управление образования муниципального района Благовещенский район </w:t>
      </w:r>
    </w:p>
    <w:p w:rsidR="00473D0C" w:rsidRPr="00473D0C" w:rsidRDefault="00473D0C" w:rsidP="00473D0C">
      <w:pPr>
        <w:spacing w:after="0" w:line="240" w:lineRule="auto"/>
        <w:ind w:left="83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73D0C">
        <w:rPr>
          <w:rFonts w:ascii="Times New Roman" w:hAnsi="Times New Roman" w:cs="Times New Roman"/>
          <w:sz w:val="24"/>
          <w:szCs w:val="24"/>
          <w:lang w:val="ru-RU"/>
        </w:rPr>
        <w:t>Республики Башкортостан</w:t>
      </w:r>
    </w:p>
    <w:tbl>
      <w:tblPr>
        <w:tblStyle w:val="TableGrid"/>
        <w:tblpPr w:leftFromText="180" w:rightFromText="180" w:vertAnchor="text" w:horzAnchor="page" w:tblpX="3016" w:tblpY="433"/>
        <w:tblW w:w="9524" w:type="dxa"/>
        <w:tblInd w:w="0" w:type="dxa"/>
        <w:tblCellMar>
          <w:top w:w="204" w:type="dxa"/>
        </w:tblCellMar>
        <w:tblLook w:val="04A0" w:firstRow="1" w:lastRow="0" w:firstColumn="1" w:lastColumn="0" w:noHBand="0" w:noVBand="1"/>
      </w:tblPr>
      <w:tblGrid>
        <w:gridCol w:w="3969"/>
        <w:gridCol w:w="3065"/>
        <w:gridCol w:w="2490"/>
      </w:tblGrid>
      <w:tr w:rsidR="00473D0C" w:rsidRPr="00473D0C" w:rsidTr="00473D0C">
        <w:trPr>
          <w:trHeight w:val="14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73D0C" w:rsidRPr="00473D0C" w:rsidRDefault="00473D0C" w:rsidP="00837D90">
            <w:pPr>
              <w:spacing w:line="276" w:lineRule="auto"/>
              <w:rPr>
                <w:sz w:val="24"/>
                <w:szCs w:val="24"/>
              </w:rPr>
            </w:pPr>
          </w:p>
          <w:p w:rsidR="00473D0C" w:rsidRPr="00473D0C" w:rsidRDefault="00473D0C" w:rsidP="00837D9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473D0C" w:rsidRDefault="00473D0C" w:rsidP="00473D0C">
            <w:pPr>
              <w:spacing w:after="6"/>
              <w:jc w:val="both"/>
              <w:rPr>
                <w:sz w:val="24"/>
                <w:szCs w:val="24"/>
              </w:rPr>
            </w:pPr>
          </w:p>
          <w:p w:rsidR="00473D0C" w:rsidRDefault="00473D0C" w:rsidP="00473D0C">
            <w:pPr>
              <w:spacing w:after="6"/>
              <w:jc w:val="both"/>
              <w:rPr>
                <w:sz w:val="24"/>
                <w:szCs w:val="24"/>
              </w:rPr>
            </w:pPr>
          </w:p>
          <w:p w:rsidR="00473D0C" w:rsidRPr="00473D0C" w:rsidRDefault="00473D0C" w:rsidP="00473D0C">
            <w:pPr>
              <w:spacing w:after="6"/>
              <w:jc w:val="both"/>
              <w:rPr>
                <w:sz w:val="24"/>
                <w:szCs w:val="24"/>
              </w:rPr>
            </w:pPr>
            <w:r w:rsidRPr="00473D0C">
              <w:rPr>
                <w:sz w:val="24"/>
                <w:szCs w:val="24"/>
              </w:rPr>
              <w:t>СОГЛАСОВАНО</w:t>
            </w:r>
          </w:p>
          <w:p w:rsidR="00473D0C" w:rsidRDefault="00473D0C" w:rsidP="00473D0C">
            <w:pPr>
              <w:rPr>
                <w:sz w:val="24"/>
                <w:szCs w:val="24"/>
              </w:rPr>
            </w:pPr>
            <w:r w:rsidRPr="00473D0C">
              <w:rPr>
                <w:sz w:val="24"/>
                <w:szCs w:val="24"/>
              </w:rPr>
              <w:t>Заместитель директора</w:t>
            </w:r>
          </w:p>
          <w:p w:rsidR="00473D0C" w:rsidRPr="00473D0C" w:rsidRDefault="00473D0C" w:rsidP="00473D0C">
            <w:pPr>
              <w:rPr>
                <w:sz w:val="24"/>
                <w:szCs w:val="24"/>
              </w:rPr>
            </w:pPr>
            <w:r w:rsidRPr="00473D0C">
              <w:rPr>
                <w:sz w:val="24"/>
                <w:szCs w:val="24"/>
              </w:rPr>
              <w:t xml:space="preserve"> по УВР</w:t>
            </w:r>
          </w:p>
          <w:p w:rsidR="00473D0C" w:rsidRPr="00473D0C" w:rsidRDefault="00473D0C" w:rsidP="00837D90">
            <w:pPr>
              <w:spacing w:after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Pr="00473D0C">
              <w:rPr>
                <w:sz w:val="24"/>
                <w:szCs w:val="24"/>
              </w:rPr>
              <w:t>Леонтьева О.М.</w:t>
            </w:r>
          </w:p>
          <w:p w:rsidR="00473D0C" w:rsidRPr="00473D0C" w:rsidRDefault="00473D0C" w:rsidP="00837D90">
            <w:pPr>
              <w:spacing w:after="6"/>
              <w:rPr>
                <w:sz w:val="24"/>
                <w:szCs w:val="24"/>
              </w:rPr>
            </w:pPr>
            <w:r w:rsidRPr="00473D0C">
              <w:rPr>
                <w:sz w:val="24"/>
                <w:szCs w:val="24"/>
              </w:rPr>
              <w:t>Протокол №</w:t>
            </w:r>
          </w:p>
          <w:p w:rsidR="00473D0C" w:rsidRPr="00473D0C" w:rsidRDefault="00473D0C" w:rsidP="00837D90">
            <w:pPr>
              <w:spacing w:line="276" w:lineRule="auto"/>
              <w:rPr>
                <w:sz w:val="24"/>
                <w:szCs w:val="24"/>
              </w:rPr>
            </w:pPr>
            <w:r w:rsidRPr="00473D0C">
              <w:rPr>
                <w:sz w:val="24"/>
                <w:szCs w:val="24"/>
              </w:rPr>
              <w:t>от "31" 08  2023 г.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473D0C" w:rsidRPr="00473D0C" w:rsidRDefault="00473D0C" w:rsidP="00837D90">
            <w:pPr>
              <w:spacing w:after="6"/>
              <w:rPr>
                <w:sz w:val="24"/>
                <w:szCs w:val="24"/>
              </w:rPr>
            </w:pPr>
          </w:p>
          <w:p w:rsidR="00473D0C" w:rsidRDefault="00473D0C" w:rsidP="00837D90">
            <w:pPr>
              <w:spacing w:after="6"/>
              <w:rPr>
                <w:sz w:val="24"/>
                <w:szCs w:val="24"/>
              </w:rPr>
            </w:pPr>
          </w:p>
          <w:p w:rsidR="00473D0C" w:rsidRPr="00473D0C" w:rsidRDefault="00473D0C" w:rsidP="00837D90">
            <w:pPr>
              <w:spacing w:after="6"/>
              <w:rPr>
                <w:sz w:val="24"/>
                <w:szCs w:val="24"/>
              </w:rPr>
            </w:pPr>
            <w:r w:rsidRPr="00473D0C">
              <w:rPr>
                <w:sz w:val="24"/>
                <w:szCs w:val="24"/>
              </w:rPr>
              <w:t>УТВЕРЖДЕНО</w:t>
            </w:r>
          </w:p>
          <w:p w:rsidR="00473D0C" w:rsidRPr="00473D0C" w:rsidRDefault="00473D0C" w:rsidP="00837D90">
            <w:pPr>
              <w:spacing w:after="210"/>
              <w:rPr>
                <w:sz w:val="24"/>
                <w:szCs w:val="24"/>
              </w:rPr>
            </w:pPr>
            <w:r w:rsidRPr="00473D0C">
              <w:rPr>
                <w:sz w:val="24"/>
                <w:szCs w:val="24"/>
              </w:rPr>
              <w:t>Директор</w:t>
            </w:r>
          </w:p>
          <w:p w:rsidR="00473D0C" w:rsidRPr="00473D0C" w:rsidRDefault="00473D0C" w:rsidP="00837D90">
            <w:pPr>
              <w:spacing w:after="2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______В</w:t>
            </w:r>
            <w:r w:rsidRPr="00473D0C">
              <w:rPr>
                <w:sz w:val="24"/>
                <w:szCs w:val="24"/>
              </w:rPr>
              <w:t>асина Н.В.</w:t>
            </w:r>
          </w:p>
          <w:p w:rsidR="00473D0C" w:rsidRPr="00473D0C" w:rsidRDefault="00473D0C" w:rsidP="00837D90">
            <w:pPr>
              <w:spacing w:after="6"/>
              <w:rPr>
                <w:sz w:val="24"/>
                <w:szCs w:val="24"/>
              </w:rPr>
            </w:pPr>
            <w:r w:rsidRPr="00473D0C">
              <w:rPr>
                <w:sz w:val="24"/>
                <w:szCs w:val="24"/>
              </w:rPr>
              <w:t>Приказ №248</w:t>
            </w:r>
          </w:p>
          <w:p w:rsidR="00473D0C" w:rsidRPr="00473D0C" w:rsidRDefault="00473D0C" w:rsidP="00837D90">
            <w:pPr>
              <w:spacing w:line="276" w:lineRule="auto"/>
              <w:rPr>
                <w:sz w:val="24"/>
                <w:szCs w:val="24"/>
              </w:rPr>
            </w:pPr>
            <w:r w:rsidRPr="00473D0C">
              <w:rPr>
                <w:sz w:val="24"/>
                <w:szCs w:val="24"/>
              </w:rPr>
              <w:t>от "31" 08 2023 г.</w:t>
            </w:r>
          </w:p>
        </w:tc>
      </w:tr>
    </w:tbl>
    <w:p w:rsidR="00473D0C" w:rsidRPr="00473D0C" w:rsidRDefault="00473D0C" w:rsidP="00473D0C">
      <w:pPr>
        <w:spacing w:after="1475" w:line="246" w:lineRule="auto"/>
        <w:ind w:right="-1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73D0C">
        <w:rPr>
          <w:rFonts w:ascii="Times New Roman" w:hAnsi="Times New Roman" w:cs="Times New Roman"/>
          <w:sz w:val="24"/>
          <w:szCs w:val="24"/>
          <w:lang w:val="ru-RU"/>
        </w:rPr>
        <w:t xml:space="preserve">МОБУ СОШ с. Верхний </w:t>
      </w:r>
      <w:proofErr w:type="spellStart"/>
      <w:r w:rsidRPr="00473D0C">
        <w:rPr>
          <w:rFonts w:ascii="Times New Roman" w:hAnsi="Times New Roman" w:cs="Times New Roman"/>
          <w:sz w:val="24"/>
          <w:szCs w:val="24"/>
          <w:lang w:val="ru-RU"/>
        </w:rPr>
        <w:t>Изяк</w:t>
      </w:r>
      <w:proofErr w:type="spellEnd"/>
    </w:p>
    <w:p w:rsidR="00473D0C" w:rsidRPr="00473D0C" w:rsidRDefault="00473D0C" w:rsidP="00473D0C">
      <w:pPr>
        <w:spacing w:after="110" w:line="246" w:lineRule="auto"/>
        <w:ind w:left="10" w:right="-15"/>
        <w:jc w:val="center"/>
        <w:rPr>
          <w:b/>
          <w:lang w:val="ru-RU"/>
        </w:rPr>
      </w:pPr>
    </w:p>
    <w:p w:rsidR="00473D0C" w:rsidRPr="00473D0C" w:rsidRDefault="00473D0C" w:rsidP="00473D0C">
      <w:pPr>
        <w:spacing w:after="110" w:line="246" w:lineRule="auto"/>
        <w:ind w:left="10" w:right="-15"/>
        <w:jc w:val="center"/>
        <w:rPr>
          <w:b/>
          <w:lang w:val="ru-RU"/>
        </w:rPr>
      </w:pPr>
    </w:p>
    <w:p w:rsidR="00473D0C" w:rsidRPr="00473D0C" w:rsidRDefault="00473D0C" w:rsidP="00473D0C">
      <w:pPr>
        <w:spacing w:after="110" w:line="246" w:lineRule="auto"/>
        <w:ind w:left="10" w:right="-15"/>
        <w:jc w:val="center"/>
        <w:rPr>
          <w:b/>
          <w:lang w:val="ru-RU"/>
        </w:rPr>
      </w:pPr>
    </w:p>
    <w:p w:rsidR="00473D0C" w:rsidRPr="00473D0C" w:rsidRDefault="00473D0C" w:rsidP="00473D0C">
      <w:pPr>
        <w:spacing w:after="110" w:line="246" w:lineRule="auto"/>
        <w:ind w:left="10" w:right="-15"/>
        <w:jc w:val="center"/>
        <w:rPr>
          <w:b/>
          <w:lang w:val="ru-RU"/>
        </w:rPr>
      </w:pPr>
    </w:p>
    <w:p w:rsidR="00473D0C" w:rsidRDefault="00473D0C" w:rsidP="00473D0C">
      <w:pPr>
        <w:spacing w:after="110" w:line="246" w:lineRule="auto"/>
        <w:ind w:left="10" w:right="-15"/>
        <w:jc w:val="center"/>
        <w:rPr>
          <w:b/>
        </w:rPr>
      </w:pPr>
    </w:p>
    <w:p w:rsidR="00473D0C" w:rsidRDefault="00473D0C" w:rsidP="00473D0C">
      <w:pPr>
        <w:spacing w:after="110" w:line="246" w:lineRule="auto"/>
        <w:ind w:left="10" w:right="-15"/>
        <w:jc w:val="center"/>
        <w:rPr>
          <w:b/>
        </w:rPr>
      </w:pPr>
    </w:p>
    <w:p w:rsidR="00473D0C" w:rsidRDefault="00473D0C" w:rsidP="00473D0C">
      <w:pPr>
        <w:spacing w:after="110" w:line="246" w:lineRule="auto"/>
        <w:ind w:left="10" w:right="-15"/>
        <w:jc w:val="center"/>
        <w:rPr>
          <w:b/>
        </w:rPr>
      </w:pPr>
    </w:p>
    <w:p w:rsidR="00473D0C" w:rsidRDefault="00473D0C" w:rsidP="00473D0C">
      <w:pPr>
        <w:spacing w:after="110" w:line="246" w:lineRule="auto"/>
        <w:ind w:left="10" w:right="-15"/>
        <w:jc w:val="center"/>
        <w:rPr>
          <w:b/>
        </w:rPr>
      </w:pPr>
    </w:p>
    <w:p w:rsidR="00473D0C" w:rsidRPr="00AD0660" w:rsidRDefault="00473D0C" w:rsidP="00473D0C">
      <w:pPr>
        <w:spacing w:after="110" w:line="246" w:lineRule="auto"/>
        <w:ind w:left="10" w:right="-15"/>
        <w:jc w:val="center"/>
        <w:rPr>
          <w:b/>
        </w:rPr>
      </w:pPr>
      <w:r>
        <w:rPr>
          <w:b/>
        </w:rPr>
        <w:t>РАБОЧАЯ ПРОГРАММА</w:t>
      </w:r>
    </w:p>
    <w:p w:rsidR="00473D0C" w:rsidRDefault="00473D0C" w:rsidP="00473D0C">
      <w:pPr>
        <w:spacing w:after="0" w:line="240" w:lineRule="auto"/>
        <w:ind w:left="10" w:right="-15"/>
        <w:jc w:val="center"/>
        <w:rPr>
          <w:b/>
        </w:rPr>
      </w:pPr>
    </w:p>
    <w:p w:rsidR="00473D0C" w:rsidRDefault="00473D0C" w:rsidP="00473D0C">
      <w:pPr>
        <w:spacing w:after="0" w:line="240" w:lineRule="auto"/>
        <w:ind w:left="10" w:right="-15"/>
        <w:jc w:val="center"/>
      </w:pPr>
      <w:proofErr w:type="spellStart"/>
      <w:r>
        <w:t>учебного</w:t>
      </w:r>
      <w:proofErr w:type="spellEnd"/>
      <w:r>
        <w:t xml:space="preserve"> </w:t>
      </w:r>
      <w:proofErr w:type="spellStart"/>
      <w:r>
        <w:t>предмета</w:t>
      </w:r>
      <w:proofErr w:type="spellEnd"/>
    </w:p>
    <w:p w:rsidR="00473D0C" w:rsidRPr="00473D0C" w:rsidRDefault="00473D0C" w:rsidP="00473D0C">
      <w:pPr>
        <w:spacing w:after="0" w:line="240" w:lineRule="auto"/>
        <w:ind w:left="10" w:right="-15"/>
        <w:jc w:val="center"/>
        <w:rPr>
          <w:lang w:val="ru-RU"/>
        </w:rPr>
      </w:pPr>
      <w:r w:rsidRPr="00473D0C">
        <w:rPr>
          <w:lang w:val="ru-RU"/>
        </w:rPr>
        <w:t>«Литературное чтение на родном (русском) языке»</w:t>
      </w:r>
    </w:p>
    <w:p w:rsidR="00473D0C" w:rsidRDefault="00473D0C" w:rsidP="00473D0C">
      <w:pPr>
        <w:spacing w:after="0" w:line="240" w:lineRule="auto"/>
        <w:ind w:left="2960" w:right="2772"/>
        <w:jc w:val="center"/>
        <w:rPr>
          <w:lang w:val="ru-RU"/>
        </w:rPr>
      </w:pPr>
      <w:r w:rsidRPr="00473D0C">
        <w:rPr>
          <w:lang w:val="ru-RU"/>
        </w:rPr>
        <w:t>для 2 класса</w:t>
      </w:r>
    </w:p>
    <w:p w:rsidR="00473D0C" w:rsidRDefault="00473D0C" w:rsidP="00473D0C">
      <w:pPr>
        <w:spacing w:after="0" w:line="240" w:lineRule="auto"/>
        <w:ind w:left="2960" w:right="2772"/>
        <w:jc w:val="center"/>
        <w:rPr>
          <w:lang w:val="ru-RU"/>
        </w:rPr>
      </w:pPr>
      <w:r w:rsidRPr="00473D0C">
        <w:rPr>
          <w:lang w:val="ru-RU"/>
        </w:rPr>
        <w:t xml:space="preserve"> начального общего образования</w:t>
      </w:r>
    </w:p>
    <w:p w:rsidR="00473D0C" w:rsidRPr="00473D0C" w:rsidRDefault="00473D0C" w:rsidP="00473D0C">
      <w:pPr>
        <w:spacing w:after="0" w:line="240" w:lineRule="auto"/>
        <w:ind w:left="2960" w:right="2772"/>
        <w:jc w:val="center"/>
        <w:rPr>
          <w:lang w:val="ru-RU"/>
        </w:rPr>
      </w:pPr>
      <w:r w:rsidRPr="00473D0C">
        <w:rPr>
          <w:lang w:val="ru-RU"/>
        </w:rPr>
        <w:t xml:space="preserve"> на 2023-2024 учебный год</w:t>
      </w:r>
    </w:p>
    <w:p w:rsidR="00473D0C" w:rsidRPr="00473D0C" w:rsidRDefault="00473D0C" w:rsidP="00473D0C">
      <w:pPr>
        <w:spacing w:after="0"/>
        <w:ind w:left="6470" w:hanging="888"/>
        <w:rPr>
          <w:lang w:val="ru-RU"/>
        </w:rPr>
      </w:pPr>
      <w:r w:rsidRPr="00473D0C">
        <w:rPr>
          <w:lang w:val="ru-RU"/>
        </w:rPr>
        <w:t xml:space="preserve">  </w:t>
      </w:r>
    </w:p>
    <w:p w:rsidR="00473D0C" w:rsidRPr="00473D0C" w:rsidRDefault="00473D0C" w:rsidP="00473D0C">
      <w:pPr>
        <w:spacing w:after="0"/>
        <w:ind w:left="6470" w:hanging="888"/>
        <w:rPr>
          <w:lang w:val="ru-RU"/>
        </w:rPr>
      </w:pPr>
    </w:p>
    <w:p w:rsidR="00473D0C" w:rsidRPr="00473D0C" w:rsidRDefault="00473D0C" w:rsidP="00473D0C">
      <w:pPr>
        <w:spacing w:after="0" w:line="240" w:lineRule="auto"/>
        <w:rPr>
          <w:lang w:val="ru-RU"/>
        </w:rPr>
      </w:pPr>
    </w:p>
    <w:p w:rsidR="00473D0C" w:rsidRPr="00473D0C" w:rsidRDefault="00473D0C" w:rsidP="00473D0C">
      <w:pPr>
        <w:spacing w:after="0" w:line="240" w:lineRule="auto"/>
        <w:rPr>
          <w:lang w:val="ru-RU"/>
        </w:rPr>
      </w:pPr>
    </w:p>
    <w:p w:rsidR="00473D0C" w:rsidRPr="00473D0C" w:rsidRDefault="00473D0C" w:rsidP="00473D0C">
      <w:pPr>
        <w:spacing w:after="0" w:line="240" w:lineRule="auto"/>
        <w:rPr>
          <w:lang w:val="ru-RU"/>
        </w:rPr>
      </w:pPr>
    </w:p>
    <w:p w:rsidR="00473D0C" w:rsidRPr="00473D0C" w:rsidRDefault="00473D0C" w:rsidP="00473D0C">
      <w:pPr>
        <w:spacing w:after="0" w:line="240" w:lineRule="auto"/>
        <w:rPr>
          <w:lang w:val="ru-RU"/>
        </w:rPr>
      </w:pPr>
    </w:p>
    <w:p w:rsidR="00473D0C" w:rsidRPr="00473D0C" w:rsidRDefault="00473D0C" w:rsidP="00473D0C">
      <w:pPr>
        <w:spacing w:after="0" w:line="240" w:lineRule="auto"/>
        <w:rPr>
          <w:lang w:val="ru-RU"/>
        </w:rPr>
      </w:pPr>
    </w:p>
    <w:p w:rsidR="00473D0C" w:rsidRPr="00473D0C" w:rsidRDefault="00473D0C" w:rsidP="00473D0C">
      <w:pPr>
        <w:spacing w:after="0" w:line="240" w:lineRule="auto"/>
        <w:rPr>
          <w:lang w:val="ru-RU"/>
        </w:rPr>
      </w:pPr>
    </w:p>
    <w:p w:rsidR="00473D0C" w:rsidRPr="00473D0C" w:rsidRDefault="00473D0C" w:rsidP="00473D0C">
      <w:pPr>
        <w:spacing w:after="0" w:line="240" w:lineRule="auto"/>
        <w:rPr>
          <w:lang w:val="ru-RU"/>
        </w:rPr>
      </w:pPr>
    </w:p>
    <w:p w:rsidR="00473D0C" w:rsidRPr="00473D0C" w:rsidRDefault="00473D0C" w:rsidP="00473D0C">
      <w:pPr>
        <w:spacing w:after="0" w:line="240" w:lineRule="auto"/>
        <w:rPr>
          <w:lang w:val="ru-RU"/>
        </w:rPr>
      </w:pPr>
    </w:p>
    <w:p w:rsidR="00473D0C" w:rsidRPr="00473D0C" w:rsidRDefault="00473D0C" w:rsidP="00473D0C">
      <w:pPr>
        <w:spacing w:after="0" w:line="240" w:lineRule="auto"/>
        <w:rPr>
          <w:lang w:val="ru-RU"/>
        </w:rPr>
      </w:pPr>
    </w:p>
    <w:p w:rsidR="00473D0C" w:rsidRPr="00473D0C" w:rsidRDefault="00473D0C" w:rsidP="00473D0C">
      <w:pPr>
        <w:spacing w:after="0" w:line="240" w:lineRule="auto"/>
        <w:rPr>
          <w:lang w:val="ru-RU"/>
        </w:rPr>
      </w:pPr>
    </w:p>
    <w:p w:rsidR="00473D0C" w:rsidRDefault="00473D0C" w:rsidP="00473D0C">
      <w:pPr>
        <w:jc w:val="center"/>
        <w:rPr>
          <w:lang w:val="ru-RU"/>
        </w:rPr>
      </w:pPr>
    </w:p>
    <w:p w:rsidR="00473D0C" w:rsidRDefault="00473D0C" w:rsidP="00473D0C">
      <w:pPr>
        <w:jc w:val="center"/>
        <w:rPr>
          <w:lang w:val="ru-RU"/>
        </w:rPr>
      </w:pPr>
    </w:p>
    <w:p w:rsidR="00473D0C" w:rsidRDefault="00473D0C" w:rsidP="00473D0C">
      <w:pPr>
        <w:jc w:val="center"/>
        <w:rPr>
          <w:lang w:val="ru-RU"/>
        </w:rPr>
      </w:pPr>
    </w:p>
    <w:p w:rsidR="00473D0C" w:rsidRDefault="00473D0C" w:rsidP="00473D0C">
      <w:pPr>
        <w:jc w:val="center"/>
        <w:rPr>
          <w:lang w:val="ru-RU"/>
        </w:rPr>
      </w:pPr>
    </w:p>
    <w:p w:rsidR="00473D0C" w:rsidRDefault="00473D0C" w:rsidP="00473D0C">
      <w:pPr>
        <w:jc w:val="center"/>
        <w:rPr>
          <w:lang w:val="ru-RU"/>
        </w:rPr>
      </w:pPr>
    </w:p>
    <w:p w:rsidR="00473D0C" w:rsidRDefault="00473D0C" w:rsidP="00473D0C">
      <w:pPr>
        <w:jc w:val="center"/>
        <w:rPr>
          <w:lang w:val="ru-RU"/>
        </w:rPr>
      </w:pPr>
    </w:p>
    <w:p w:rsidR="00A404D8" w:rsidRPr="00887020" w:rsidRDefault="00473D0C" w:rsidP="00473D0C">
      <w:pPr>
        <w:jc w:val="center"/>
        <w:rPr>
          <w:lang w:val="ru-RU"/>
        </w:rPr>
        <w:sectPr w:rsidR="00A404D8" w:rsidRPr="00887020">
          <w:footerReference w:type="default" r:id="rId8"/>
          <w:type w:val="continuous"/>
          <w:pgSz w:w="11900" w:h="16840"/>
          <w:pgMar w:top="298" w:right="874" w:bottom="1440" w:left="1440" w:header="720" w:footer="720" w:gutter="0"/>
          <w:cols w:space="720" w:equalWidth="0">
            <w:col w:w="9586" w:space="0"/>
          </w:cols>
          <w:docGrid w:linePitch="360"/>
        </w:sectPr>
      </w:pPr>
      <w:r w:rsidRPr="00473D0C">
        <w:rPr>
          <w:lang w:val="ru-RU"/>
        </w:rPr>
        <w:t xml:space="preserve">Верхний </w:t>
      </w:r>
      <w:proofErr w:type="spellStart"/>
      <w:r w:rsidRPr="00473D0C">
        <w:rPr>
          <w:lang w:val="ru-RU"/>
        </w:rPr>
        <w:t>Изяк</w:t>
      </w:r>
      <w:proofErr w:type="spellEnd"/>
      <w:r w:rsidRPr="00473D0C">
        <w:rPr>
          <w:lang w:val="ru-RU"/>
        </w:rPr>
        <w:t>- 2023</w:t>
      </w:r>
    </w:p>
    <w:p w:rsidR="00A404D8" w:rsidRPr="00887020" w:rsidRDefault="00A404D8">
      <w:pPr>
        <w:rPr>
          <w:lang w:val="ru-RU"/>
        </w:rPr>
        <w:sectPr w:rsidR="00A404D8" w:rsidRPr="00887020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A404D8" w:rsidRPr="00887020" w:rsidRDefault="00017DB8">
      <w:pPr>
        <w:autoSpaceDE w:val="0"/>
        <w:autoSpaceDN w:val="0"/>
        <w:spacing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A404D8" w:rsidRPr="00887020" w:rsidRDefault="00017DB8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 родному  языку  (русскому) для обучающихся 2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 от 31.05.2021 г.  № 286 «Об утверждении федерального государственного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образовательного стандарта начального общего образования», зарегистрирован  Министерством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 Федерации от 9 апреля 2016 г. № 637-р), а также ориентирована на целевые приоритеты,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сформулированные в Примерной программе воспитания. </w:t>
      </w:r>
    </w:p>
    <w:p w:rsidR="00A404D8" w:rsidRPr="00887020" w:rsidRDefault="00017DB8">
      <w:pPr>
        <w:autoSpaceDE w:val="0"/>
        <w:autoSpaceDN w:val="0"/>
        <w:spacing w:before="264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A404D8" w:rsidRPr="00887020" w:rsidRDefault="00017DB8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области«Родной</w:t>
      </w:r>
      <w:proofErr w:type="spellEnd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A404D8" w:rsidRPr="00887020" w:rsidRDefault="00017DB8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A404D8" w:rsidRPr="00887020" w:rsidRDefault="00017DB8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:rsidR="00A404D8" w:rsidRPr="00887020" w:rsidRDefault="00017DB8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</w:t>
      </w:r>
      <w:proofErr w:type="spellStart"/>
      <w:proofErr w:type="gramStart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области«</w:t>
      </w:r>
      <w:proofErr w:type="gramEnd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Русский</w:t>
      </w:r>
      <w:proofErr w:type="spellEnd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исторических   фактов   развития   языка;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A404D8" w:rsidRPr="00887020" w:rsidRDefault="00017DB8" w:rsidP="00151BAD">
      <w:pPr>
        <w:autoSpaceDE w:val="0"/>
        <w:autoSpaceDN w:val="0"/>
        <w:spacing w:before="70" w:after="0" w:line="230" w:lineRule="auto"/>
        <w:ind w:left="180"/>
        <w:rPr>
          <w:lang w:val="ru-RU"/>
        </w:rPr>
        <w:sectPr w:rsidR="00A404D8" w:rsidRPr="00887020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 соответствии с этим в программе выделяются три блока. Первый блок — «Русский язык: прошлое</w:t>
      </w:r>
    </w:p>
    <w:p w:rsidR="00A404D8" w:rsidRPr="00887020" w:rsidRDefault="00017DB8">
      <w:pPr>
        <w:autoSpaceDE w:val="0"/>
        <w:autoSpaceDN w:val="0"/>
        <w:spacing w:after="0" w:line="281" w:lineRule="auto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и настоящее» —включает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A404D8" w:rsidRPr="00887020" w:rsidRDefault="00017DB8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A404D8" w:rsidRPr="00887020" w:rsidRDefault="00017DB8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A404D8" w:rsidRPr="00887020" w:rsidRDefault="00017DB8">
      <w:pPr>
        <w:autoSpaceDE w:val="0"/>
        <w:autoSpaceDN w:val="0"/>
        <w:spacing w:before="262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изучения русского родного языка являются: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A404D8" w:rsidRPr="00887020" w:rsidRDefault="00017DB8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 соответствии с Федеральным государственным образовательным стандартом начального общего</w:t>
      </w:r>
    </w:p>
    <w:p w:rsidR="00A404D8" w:rsidRPr="00887020" w:rsidRDefault="00A404D8">
      <w:pPr>
        <w:rPr>
          <w:lang w:val="ru-RU"/>
        </w:rPr>
        <w:sectPr w:rsidR="00A404D8" w:rsidRPr="00887020">
          <w:pgSz w:w="11900" w:h="16840"/>
          <w:pgMar w:top="292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404D8" w:rsidRPr="00887020" w:rsidRDefault="00A404D8">
      <w:pPr>
        <w:autoSpaceDE w:val="0"/>
        <w:autoSpaceDN w:val="0"/>
        <w:spacing w:after="66" w:line="220" w:lineRule="exact"/>
        <w:rPr>
          <w:lang w:val="ru-RU"/>
        </w:rPr>
      </w:pPr>
    </w:p>
    <w:p w:rsidR="00A404D8" w:rsidRPr="00887020" w:rsidRDefault="00017DB8">
      <w:pPr>
        <w:autoSpaceDE w:val="0"/>
        <w:autoSpaceDN w:val="0"/>
        <w:spacing w:after="0" w:line="262" w:lineRule="auto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 во 2 классе рассчитано на общую учебную нагрузку в объёме 68 часов.</w:t>
      </w:r>
    </w:p>
    <w:p w:rsidR="00A404D8" w:rsidRPr="00887020" w:rsidRDefault="00017DB8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 во 2 классе рассчитано на общую учебную нагрузку в объёме 34 часа.</w:t>
      </w:r>
    </w:p>
    <w:p w:rsidR="00A404D8" w:rsidRPr="00887020" w:rsidRDefault="00A404D8">
      <w:pPr>
        <w:rPr>
          <w:lang w:val="ru-RU"/>
        </w:rPr>
        <w:sectPr w:rsidR="00A404D8" w:rsidRPr="00887020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A404D8" w:rsidRPr="00887020" w:rsidRDefault="00A404D8">
      <w:pPr>
        <w:autoSpaceDE w:val="0"/>
        <w:autoSpaceDN w:val="0"/>
        <w:spacing w:after="78" w:line="220" w:lineRule="exact"/>
        <w:rPr>
          <w:lang w:val="ru-RU"/>
        </w:rPr>
      </w:pPr>
    </w:p>
    <w:p w:rsidR="00A404D8" w:rsidRPr="00887020" w:rsidRDefault="00017DB8">
      <w:pPr>
        <w:autoSpaceDE w:val="0"/>
        <w:autoSpaceDN w:val="0"/>
        <w:spacing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A404D8" w:rsidRPr="00887020" w:rsidRDefault="00017DB8">
      <w:pPr>
        <w:autoSpaceDE w:val="0"/>
        <w:autoSpaceDN w:val="0"/>
        <w:spacing w:before="346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РУССКИЙ ЯЗЫК: ПРОШЛОЕ И НАСТОЯЩЕЕ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называющие игры, забавы, игрушки (например, </w:t>
      </w:r>
      <w:r w:rsidRPr="00887020">
        <w:rPr>
          <w:rFonts w:ascii="Times New Roman" w:eastAsia="Times New Roman" w:hAnsi="Times New Roman"/>
          <w:i/>
          <w:color w:val="000000"/>
          <w:sz w:val="24"/>
          <w:lang w:val="ru-RU"/>
        </w:rPr>
        <w:t>городки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87020">
        <w:rPr>
          <w:rFonts w:ascii="Times New Roman" w:eastAsia="Times New Roman" w:hAnsi="Times New Roman"/>
          <w:i/>
          <w:color w:val="000000"/>
          <w:sz w:val="24"/>
          <w:lang w:val="ru-RU"/>
        </w:rPr>
        <w:t>салочки, салазки, санки, волчок, свистулька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называющие предметы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традиционного русского быта: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1) слова, называющие домашнюю утварь и орудия труда (например, </w:t>
      </w:r>
      <w:r w:rsidRPr="00887020">
        <w:rPr>
          <w:rFonts w:ascii="Times New Roman" w:eastAsia="Times New Roman" w:hAnsi="Times New Roman"/>
          <w:i/>
          <w:color w:val="000000"/>
          <w:sz w:val="24"/>
          <w:lang w:val="ru-RU"/>
        </w:rPr>
        <w:t>ухват, ушат, ступа, плошка, крынка, ковш, решето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887020">
        <w:rPr>
          <w:rFonts w:ascii="Times New Roman" w:eastAsia="Times New Roman" w:hAnsi="Times New Roman"/>
          <w:i/>
          <w:color w:val="000000"/>
          <w:sz w:val="24"/>
          <w:lang w:val="ru-RU"/>
        </w:rPr>
        <w:t>веретено, серп, коса, плуг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);2) слова, называющие то, что ели в старину (например, </w:t>
      </w:r>
      <w:r w:rsidRPr="00887020">
        <w:rPr>
          <w:rFonts w:ascii="Times New Roman" w:eastAsia="Times New Roman" w:hAnsi="Times New Roman"/>
          <w:i/>
          <w:color w:val="000000"/>
          <w:sz w:val="24"/>
          <w:lang w:val="ru-RU"/>
        </w:rPr>
        <w:t>тюря, полба, каша, щи, похлёбка, бублик, ватрушка, калач, коврижки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): какие из них сохранились до нашего времени; 3) слова, называющие то, во что раньше одевались дети (например, </w:t>
      </w:r>
      <w:r w:rsidRPr="00887020">
        <w:rPr>
          <w:rFonts w:ascii="Times New Roman" w:eastAsia="Times New Roman" w:hAnsi="Times New Roman"/>
          <w:i/>
          <w:color w:val="000000"/>
          <w:sz w:val="24"/>
          <w:lang w:val="ru-RU"/>
        </w:rPr>
        <w:t>шубейка, тулуп, шапка, валенки, сарафан, рубаха, лапти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A404D8" w:rsidRPr="00887020" w:rsidRDefault="00017DB8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887020">
        <w:rPr>
          <w:rFonts w:ascii="Times New Roman" w:eastAsia="Times New Roman" w:hAnsi="Times New Roman"/>
          <w:i/>
          <w:color w:val="000000"/>
          <w:sz w:val="24"/>
          <w:lang w:val="ru-RU"/>
        </w:rPr>
        <w:t>каши не сваришь, ни за какие коврижки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).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</w:t>
      </w:r>
      <w:r w:rsidRPr="0088702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ехать в Тулу со своим самоваром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(рус.); </w:t>
      </w:r>
      <w:r w:rsidRPr="00887020">
        <w:rPr>
          <w:rFonts w:ascii="Times New Roman" w:eastAsia="Times New Roman" w:hAnsi="Times New Roman"/>
          <w:i/>
          <w:color w:val="000000"/>
          <w:sz w:val="24"/>
          <w:lang w:val="ru-RU"/>
        </w:rPr>
        <w:t>ехать в лес с дровами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(тат.)).</w:t>
      </w:r>
    </w:p>
    <w:p w:rsidR="00A404D8" w:rsidRPr="00887020" w:rsidRDefault="00017DB8">
      <w:pPr>
        <w:autoSpaceDE w:val="0"/>
        <w:autoSpaceDN w:val="0"/>
        <w:spacing w:before="70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Проектное задание. Словарь «Почему это так называется?»</w:t>
      </w:r>
    </w:p>
    <w:p w:rsidR="00A404D8" w:rsidRPr="00887020" w:rsidRDefault="00017DB8">
      <w:pPr>
        <w:autoSpaceDE w:val="0"/>
        <w:autoSpaceDN w:val="0"/>
        <w:spacing w:before="262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ЯЗЫК В ДЕЙСТВИИ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Практическая работа. Слушаем и учимся читать фрагменты стихов и сказок, в которых есть слова с необычным произношением и ударением.</w:t>
      </w:r>
    </w:p>
    <w:p w:rsidR="00A404D8" w:rsidRPr="00887020" w:rsidRDefault="00017DB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Разные способы толкования значения слов. Наблюдение за сочетаемостью слов.</w:t>
      </w:r>
    </w:p>
    <w:p w:rsidR="00A404D8" w:rsidRPr="00887020" w:rsidRDefault="00017DB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орфографических навыков.</w:t>
      </w:r>
    </w:p>
    <w:p w:rsidR="00A404D8" w:rsidRPr="00887020" w:rsidRDefault="00017DB8">
      <w:pPr>
        <w:autoSpaceDE w:val="0"/>
        <w:autoSpaceDN w:val="0"/>
        <w:spacing w:before="262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СЕКРЕТЫ РЕЧИ И ТЕКСТА</w:t>
      </w:r>
    </w:p>
    <w:p w:rsidR="00A404D8" w:rsidRPr="00887020" w:rsidRDefault="00017DB8">
      <w:pPr>
        <w:autoSpaceDE w:val="0"/>
        <w:autoSpaceDN w:val="0"/>
        <w:spacing w:before="166" w:after="0" w:line="271" w:lineRule="auto"/>
        <w:ind w:right="432"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</w:p>
    <w:p w:rsidR="00A404D8" w:rsidRPr="00887020" w:rsidRDefault="00017DB8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Особенности русского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ты и вы.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текста: развёрнутое толкование значения слова. Анализ информации прочитанного и прослушанного текста: </w:t>
      </w:r>
      <w:r w:rsidRPr="00887020">
        <w:rPr>
          <w:lang w:val="ru-RU"/>
        </w:rPr>
        <w:br/>
      </w:r>
      <w:r w:rsidRPr="00887020">
        <w:rPr>
          <w:lang w:val="ru-RU"/>
        </w:rPr>
        <w:lastRenderedPageBreak/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различение главных фактов и второстепенных; выделение наиболее существенных фактов; установление логической связи между фактами.</w:t>
      </w:r>
    </w:p>
    <w:p w:rsidR="00A404D8" w:rsidRPr="00887020" w:rsidRDefault="00A404D8">
      <w:pPr>
        <w:rPr>
          <w:lang w:val="ru-RU"/>
        </w:rPr>
        <w:sectPr w:rsidR="00A404D8" w:rsidRPr="00887020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404D8" w:rsidRPr="00887020" w:rsidRDefault="00A404D8">
      <w:pPr>
        <w:autoSpaceDE w:val="0"/>
        <w:autoSpaceDN w:val="0"/>
        <w:spacing w:after="78" w:line="220" w:lineRule="exact"/>
        <w:rPr>
          <w:lang w:val="ru-RU"/>
        </w:rPr>
      </w:pPr>
    </w:p>
    <w:p w:rsidR="00A404D8" w:rsidRPr="00887020" w:rsidRDefault="00017DB8">
      <w:pPr>
        <w:autoSpaceDE w:val="0"/>
        <w:autoSpaceDN w:val="0"/>
        <w:spacing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346" w:after="0" w:line="262" w:lineRule="auto"/>
        <w:ind w:right="1008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родного языка (русского) во 2 классе направлено на достижение обучающимися личностных, </w:t>
      </w:r>
      <w:proofErr w:type="spellStart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A404D8" w:rsidRPr="00887020" w:rsidRDefault="00017DB8">
      <w:pPr>
        <w:autoSpaceDE w:val="0"/>
        <w:autoSpaceDN w:val="0"/>
        <w:spacing w:before="262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A404D8" w:rsidRPr="00887020" w:rsidRDefault="00017DB8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20" w:after="0" w:line="288" w:lineRule="auto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формируемое в том числе на основе примеров из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художественных произведений;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18" w:after="0" w:line="281" w:lineRule="auto"/>
        <w:ind w:right="144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20" w:after="0"/>
        <w:ind w:right="144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18" w:after="0" w:line="281" w:lineRule="auto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A404D8" w:rsidRPr="00887020" w:rsidRDefault="00017DB8">
      <w:pPr>
        <w:autoSpaceDE w:val="0"/>
        <w:autoSpaceDN w:val="0"/>
        <w:spacing w:before="118" w:after="0" w:line="271" w:lineRule="auto"/>
        <w:ind w:right="144"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осознание ценности </w:t>
      </w:r>
      <w:proofErr w:type="gramStart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труда  в</w:t>
      </w:r>
      <w:proofErr w:type="gramEnd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</w:t>
      </w:r>
    </w:p>
    <w:p w:rsidR="00A404D8" w:rsidRPr="00887020" w:rsidRDefault="00A404D8">
      <w:pPr>
        <w:rPr>
          <w:lang w:val="ru-RU"/>
        </w:rPr>
        <w:sectPr w:rsidR="00A404D8" w:rsidRPr="00887020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404D8" w:rsidRPr="00887020" w:rsidRDefault="00A404D8">
      <w:pPr>
        <w:autoSpaceDE w:val="0"/>
        <w:autoSpaceDN w:val="0"/>
        <w:spacing w:after="66" w:line="220" w:lineRule="exact"/>
        <w:rPr>
          <w:lang w:val="ru-RU"/>
        </w:rPr>
      </w:pPr>
    </w:p>
    <w:p w:rsidR="00A404D8" w:rsidRPr="00887020" w:rsidRDefault="00017DB8">
      <w:pPr>
        <w:autoSpaceDE w:val="0"/>
        <w:autoSpaceDN w:val="0"/>
        <w:spacing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возникающий при обсуждении примеров из художественных произведений;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</w:p>
    <w:p w:rsidR="00A404D8" w:rsidRPr="00887020" w:rsidRDefault="00017DB8">
      <w:pPr>
        <w:autoSpaceDE w:val="0"/>
        <w:autoSpaceDN w:val="0"/>
        <w:spacing w:before="118" w:after="0" w:line="262" w:lineRule="auto"/>
        <w:ind w:left="180" w:right="2448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A404D8" w:rsidRPr="00887020" w:rsidRDefault="00017DB8">
      <w:pPr>
        <w:autoSpaceDE w:val="0"/>
        <w:autoSpaceDN w:val="0"/>
        <w:spacing w:before="118" w:after="0" w:line="281" w:lineRule="auto"/>
        <w:ind w:right="432" w:firstLine="180"/>
        <w:rPr>
          <w:lang w:val="ru-RU"/>
        </w:rPr>
      </w:pPr>
      <w:proofErr w:type="gramStart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</w:t>
      </w:r>
      <w:proofErr w:type="gramEnd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404D8" w:rsidRPr="00887020" w:rsidRDefault="00017DB8">
      <w:pPr>
        <w:autoSpaceDE w:val="0"/>
        <w:autoSpaceDN w:val="0"/>
        <w:spacing w:before="264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18" w:after="0" w:line="288" w:lineRule="auto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18" w:after="0" w:line="281" w:lineRule="auto"/>
        <w:ind w:right="576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887020">
        <w:rPr>
          <w:lang w:val="ru-RU"/>
        </w:rPr>
        <w:br/>
      </w:r>
      <w:r w:rsidRPr="00887020">
        <w:rPr>
          <w:lang w:val="ru-RU"/>
        </w:rPr>
        <w:lastRenderedPageBreak/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404D8" w:rsidRPr="00887020" w:rsidRDefault="00A404D8">
      <w:pPr>
        <w:rPr>
          <w:lang w:val="ru-RU"/>
        </w:rPr>
        <w:sectPr w:rsidR="00A404D8" w:rsidRPr="00887020">
          <w:pgSz w:w="11900" w:h="16840"/>
          <w:pgMar w:top="286" w:right="666" w:bottom="39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A404D8" w:rsidRPr="00887020" w:rsidRDefault="00A404D8">
      <w:pPr>
        <w:autoSpaceDE w:val="0"/>
        <w:autoSpaceDN w:val="0"/>
        <w:spacing w:after="78" w:line="220" w:lineRule="exact"/>
        <w:rPr>
          <w:lang w:val="ru-RU"/>
        </w:rPr>
      </w:pPr>
    </w:p>
    <w:p w:rsidR="00A404D8" w:rsidRPr="00887020" w:rsidRDefault="00017DB8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20" w:after="0" w:line="288" w:lineRule="auto"/>
        <w:ind w:right="144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18" w:after="0" w:line="286" w:lineRule="auto"/>
        <w:ind w:right="144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A404D8" w:rsidRPr="00887020" w:rsidRDefault="00017DB8">
      <w:pPr>
        <w:autoSpaceDE w:val="0"/>
        <w:autoSpaceDN w:val="0"/>
        <w:spacing w:before="118" w:after="0" w:line="262" w:lineRule="auto"/>
        <w:ind w:left="180" w:right="2304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A404D8" w:rsidRPr="00887020" w:rsidRDefault="00017DB8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</w:p>
    <w:p w:rsidR="00A404D8" w:rsidRPr="00887020" w:rsidRDefault="00017DB8">
      <w:pPr>
        <w:tabs>
          <w:tab w:val="left" w:pos="180"/>
        </w:tabs>
        <w:autoSpaceDE w:val="0"/>
        <w:autoSpaceDN w:val="0"/>
        <w:spacing w:before="118" w:after="0" w:line="283" w:lineRule="auto"/>
        <w:rPr>
          <w:lang w:val="ru-RU"/>
        </w:rPr>
      </w:pP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ошибку, допущенную при работе с языковым мате- риалом, находить орфографическую и 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пунктуационную ошибку; </w:t>
      </w:r>
      <w:r w:rsidRPr="00887020">
        <w:rPr>
          <w:lang w:val="ru-RU"/>
        </w:rPr>
        <w:br/>
      </w:r>
      <w:r w:rsidRPr="00887020">
        <w:rPr>
          <w:lang w:val="ru-RU"/>
        </w:rPr>
        <w:tab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</w:t>
      </w:r>
    </w:p>
    <w:p w:rsidR="00A404D8" w:rsidRPr="00887020" w:rsidRDefault="00A404D8">
      <w:pPr>
        <w:rPr>
          <w:lang w:val="ru-RU"/>
        </w:rPr>
        <w:sectPr w:rsidR="00A404D8" w:rsidRPr="00887020">
          <w:pgSz w:w="11900" w:h="16840"/>
          <w:pgMar w:top="298" w:right="704" w:bottom="402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A404D8" w:rsidRPr="00887020" w:rsidRDefault="00A404D8">
      <w:pPr>
        <w:autoSpaceDE w:val="0"/>
        <w:autoSpaceDN w:val="0"/>
        <w:spacing w:after="66" w:line="220" w:lineRule="exact"/>
        <w:rPr>
          <w:lang w:val="ru-RU"/>
        </w:rPr>
      </w:pPr>
    </w:p>
    <w:p w:rsidR="00A404D8" w:rsidRPr="00887020" w:rsidRDefault="00017DB8">
      <w:pPr>
        <w:autoSpaceDE w:val="0"/>
        <w:autoSpaceDN w:val="0"/>
        <w:spacing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их по предложенным критериям.</w:t>
      </w:r>
    </w:p>
    <w:p w:rsidR="00A404D8" w:rsidRPr="00887020" w:rsidRDefault="00017DB8">
      <w:pPr>
        <w:autoSpaceDE w:val="0"/>
        <w:autoSpaceDN w:val="0"/>
        <w:spacing w:before="262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A404D8" w:rsidRPr="00887020" w:rsidRDefault="00017DB8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A404D8" w:rsidRPr="00887020" w:rsidRDefault="00017DB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во 2 классе</w:t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A404D8" w:rsidRPr="00887020" w:rsidRDefault="00017DB8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русского родного языка в постижении культуры своего народа;</w:t>
      </w:r>
    </w:p>
    <w:p w:rsidR="00A404D8" w:rsidRPr="00887020" w:rsidRDefault="00017DB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осознавать язык как развивающееся явление, связанное с историей народа;</w:t>
      </w:r>
    </w:p>
    <w:p w:rsidR="00A404D8" w:rsidRPr="00887020" w:rsidRDefault="00017DB8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</w:r>
    </w:p>
    <w:p w:rsidR="00A404D8" w:rsidRPr="00887020" w:rsidRDefault="00017DB8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A404D8" w:rsidRPr="00887020" w:rsidRDefault="00017DB8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A404D8" w:rsidRPr="00887020" w:rsidRDefault="00017DB8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A404D8" w:rsidRPr="00887020" w:rsidRDefault="00017DB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:rsidR="00A404D8" w:rsidRPr="00887020" w:rsidRDefault="00017DB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 на примере омографов;</w:t>
      </w:r>
    </w:p>
    <w:p w:rsidR="00A404D8" w:rsidRPr="00887020" w:rsidRDefault="00017DB8">
      <w:pPr>
        <w:autoSpaceDE w:val="0"/>
        <w:autoSpaceDN w:val="0"/>
        <w:spacing w:before="240" w:after="0" w:line="271" w:lineRule="auto"/>
        <w:ind w:left="420" w:right="72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A404D8" w:rsidRPr="00887020" w:rsidRDefault="00017DB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</w:p>
    <w:p w:rsidR="00A404D8" w:rsidRPr="00887020" w:rsidRDefault="00017DB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</w:p>
    <w:p w:rsidR="00A404D8" w:rsidRPr="00887020" w:rsidRDefault="00017DB8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фразеологическими словарями, учебными словарями синонимов и антонимов для уточнения значения слов и выражений;</w:t>
      </w:r>
    </w:p>
    <w:p w:rsidR="00A404D8" w:rsidRPr="00887020" w:rsidRDefault="00017DB8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</w:p>
    <w:p w:rsidR="00A404D8" w:rsidRPr="00887020" w:rsidRDefault="00017DB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</w:p>
    <w:p w:rsidR="00A404D8" w:rsidRPr="00887020" w:rsidRDefault="00017DB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</w:p>
    <w:p w:rsidR="00A404D8" w:rsidRPr="00887020" w:rsidRDefault="00017DB8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использовать коммуникативные приёмы устного общения: убеждение, уговаривание, похвалу, просьбу, извинение, поздравление;</w:t>
      </w:r>
    </w:p>
    <w:p w:rsidR="00A404D8" w:rsidRPr="00887020" w:rsidRDefault="00A404D8">
      <w:pPr>
        <w:rPr>
          <w:lang w:val="ru-RU"/>
        </w:rPr>
        <w:sectPr w:rsidR="00A404D8" w:rsidRPr="00887020">
          <w:pgSz w:w="11900" w:h="16840"/>
          <w:pgMar w:top="286" w:right="772" w:bottom="324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A404D8" w:rsidRPr="00887020" w:rsidRDefault="00A404D8">
      <w:pPr>
        <w:autoSpaceDE w:val="0"/>
        <w:autoSpaceDN w:val="0"/>
        <w:spacing w:after="144" w:line="220" w:lineRule="exact"/>
        <w:rPr>
          <w:lang w:val="ru-RU"/>
        </w:rPr>
      </w:pPr>
    </w:p>
    <w:p w:rsidR="00A404D8" w:rsidRPr="00887020" w:rsidRDefault="00017DB8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 речи языковые средства для свободного выражения мыслей и чувств на родном языке адекватно ситуации общения;</w:t>
      </w:r>
    </w:p>
    <w:p w:rsidR="00A404D8" w:rsidRPr="00887020" w:rsidRDefault="00017DB8">
      <w:pPr>
        <w:autoSpaceDE w:val="0"/>
        <w:autoSpaceDN w:val="0"/>
        <w:spacing w:before="238" w:after="0" w:line="262" w:lineRule="auto"/>
        <w:ind w:right="72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различными приёмами слушания научно-познавательных </w:t>
      </w:r>
      <w:proofErr w:type="gramStart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и  художественных</w:t>
      </w:r>
      <w:proofErr w:type="gramEnd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 об  истории  языка  и о культуре русского народа;</w:t>
      </w:r>
    </w:p>
    <w:p w:rsidR="00A404D8" w:rsidRPr="00887020" w:rsidRDefault="00017DB8">
      <w:pPr>
        <w:autoSpaceDE w:val="0"/>
        <w:autoSpaceDN w:val="0"/>
        <w:spacing w:before="238" w:after="0" w:line="271" w:lineRule="auto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отличать главные факты от второстепенных; выделять наиболее существенные факты; устанавливать логическую связь между фактами;</w:t>
      </w:r>
    </w:p>
    <w:p w:rsidR="00A404D8" w:rsidRPr="00887020" w:rsidRDefault="00017DB8">
      <w:pPr>
        <w:autoSpaceDE w:val="0"/>
        <w:autoSpaceDN w:val="0"/>
        <w:spacing w:before="238" w:after="0" w:line="262" w:lineRule="auto"/>
        <w:ind w:right="864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строить устные сообщения различных видов: развернутый ответ, ответ-добавление, комментирование ответа или работы одноклассника;</w:t>
      </w:r>
    </w:p>
    <w:p w:rsidR="00A404D8" w:rsidRPr="00887020" w:rsidRDefault="00017DB8">
      <w:pPr>
        <w:autoSpaceDE w:val="0"/>
        <w:autoSpaceDN w:val="0"/>
        <w:spacing w:before="240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тексты-инструкции с опорой на предложенный текст;</w:t>
      </w:r>
    </w:p>
    <w:p w:rsidR="00A404D8" w:rsidRPr="00887020" w:rsidRDefault="00017DB8">
      <w:pPr>
        <w:autoSpaceDE w:val="0"/>
        <w:autoSpaceDN w:val="0"/>
        <w:spacing w:before="238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праздниках.</w:t>
      </w:r>
    </w:p>
    <w:p w:rsidR="00A404D8" w:rsidRPr="00887020" w:rsidRDefault="00A404D8">
      <w:pPr>
        <w:rPr>
          <w:lang w:val="ru-RU"/>
        </w:rPr>
        <w:sectPr w:rsidR="00A404D8" w:rsidRPr="00887020">
          <w:pgSz w:w="11900" w:h="16840"/>
          <w:pgMar w:top="364" w:right="860" w:bottom="1440" w:left="1086" w:header="720" w:footer="720" w:gutter="0"/>
          <w:cols w:space="720" w:equalWidth="0">
            <w:col w:w="9954" w:space="0"/>
          </w:cols>
          <w:docGrid w:linePitch="360"/>
        </w:sectPr>
      </w:pPr>
    </w:p>
    <w:p w:rsidR="0031416D" w:rsidRPr="00887020" w:rsidRDefault="0031416D" w:rsidP="0031416D">
      <w:pPr>
        <w:autoSpaceDE w:val="0"/>
        <w:autoSpaceDN w:val="0"/>
        <w:spacing w:after="64" w:line="220" w:lineRule="exact"/>
        <w:rPr>
          <w:lang w:val="ru-RU"/>
        </w:rPr>
      </w:pPr>
    </w:p>
    <w:p w:rsidR="0031416D" w:rsidRPr="004B01D5" w:rsidRDefault="0031416D" w:rsidP="0031416D">
      <w:pPr>
        <w:autoSpaceDE w:val="0"/>
        <w:autoSpaceDN w:val="0"/>
        <w:spacing w:after="258" w:line="233" w:lineRule="auto"/>
        <w:rPr>
          <w:rFonts w:ascii="Times New Roman" w:hAnsi="Times New Roman" w:cs="Times New Roman"/>
        </w:rPr>
      </w:pPr>
      <w:r w:rsidRPr="004B01D5">
        <w:rPr>
          <w:rFonts w:ascii="Times New Roman" w:eastAsia="Times New Roman" w:hAnsi="Times New Roman" w:cs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5992"/>
        <w:gridCol w:w="528"/>
        <w:gridCol w:w="1104"/>
        <w:gridCol w:w="1142"/>
        <w:gridCol w:w="864"/>
        <w:gridCol w:w="2786"/>
        <w:gridCol w:w="1080"/>
        <w:gridCol w:w="1610"/>
      </w:tblGrid>
      <w:tr w:rsidR="0031416D" w:rsidRPr="004B01D5" w:rsidTr="00716F29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№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2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,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(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)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31416D" w:rsidRPr="004B01D5" w:rsidTr="00716F29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16D" w:rsidRPr="004B01D5" w:rsidRDefault="0031416D" w:rsidP="00716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16D" w:rsidRPr="004B01D5" w:rsidRDefault="0031416D" w:rsidP="00716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16D" w:rsidRPr="004B01D5" w:rsidRDefault="0031416D" w:rsidP="00716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16D" w:rsidRPr="004B01D5" w:rsidRDefault="0031416D" w:rsidP="00716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16D" w:rsidRPr="004B01D5" w:rsidRDefault="0031416D" w:rsidP="00716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16D" w:rsidRPr="004B01D5" w:rsidRDefault="0031416D" w:rsidP="00716F29">
            <w:pPr>
              <w:rPr>
                <w:rFonts w:ascii="Times New Roman" w:hAnsi="Times New Roman" w:cs="Times New Roman"/>
              </w:rPr>
            </w:pPr>
          </w:p>
        </w:tc>
      </w:tr>
      <w:tr w:rsidR="0031416D" w:rsidRPr="0031416D" w:rsidTr="00716F2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>Раздел 1. Русский язык: прошлое и настоящее</w:t>
            </w:r>
          </w:p>
        </w:tc>
      </w:tr>
      <w:tr w:rsidR="0031416D" w:rsidRPr="004B01D5" w:rsidTr="00716F29">
        <w:trPr>
          <w:trHeight w:hRule="exact" w:val="926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Что и как могут рассказать слова об одежде. Лексические единицы с национально-культурной семантикой, обозначающие одежду. Пословицы, поговорки,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фразеологизмы, возникновение которых связано с предметами и явлениями традиционного русского быта: одежда.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06.09.2022 1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3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.09.2022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Работа с рисунками и подписями к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ним: понимать значение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словас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опорой на рисунок;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;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Что и как могут рассказать слова о еде. Лексические единицы с национально-культурной семантикой, обозначающие предметы традиционного русского быта: русская кухня. Пословицы, поговорки, фразеологизмы, возникновение которых связано с предметами и явлениями традиционного русского быта: 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20.09.2022 27.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09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.2022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50" w:lineRule="auto"/>
              <w:ind w:left="72" w:right="7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Работа с толковым словарём: объяснить значение слов щи,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томиться,чугунок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, чтить;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922CCF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52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Что и как могут рассказать слова о детских забавах. Лексические единицы с национально-культурной семантикой, обозначающие предметы традиционного русского быта: детские забавы, игры и игрушки. Пословицы, поговорки, фразеологизмы, возникновение которых связано с предметами и явлениями традиционного русского быта: детские игры, забавы.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04.10.2022 18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.10.2022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скороговорки из предложенных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слов;подготовить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устное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сообщение«Секреты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семейной кухни»;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;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Лексические единицы с национально-культурной семантикой, обозначающие предметы традиционного русского быта: слова, называющие домашнюю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утварь. Пословицы, поговорки, фразеологизмы, возникновение которых связано с предметами и явлениями традиционного русского быта: домашняя утварь.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25.10.2022 08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.11.2022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Практическая работа: объяснить значение пословиц;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слова, связанные с традицией русского чаепития. Пословицы, поговорки, фразеологизмы, возникновение которых связано с предметами и явлениями традиционного русского быта: традиция чаепития.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15.11.2022 22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.11.2022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Творческое задание: подготовить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короткий устный рассказ на заданную тему;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Контрольная работа;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922CCF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rdf</w:t>
            </w:r>
            <w:r w:rsidRPr="00922CCF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  <w:r w:rsidRPr="00922CCF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, </w:t>
            </w:r>
            <w:r w:rsidRPr="00922CCF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348"/>
        </w:trPr>
        <w:tc>
          <w:tcPr>
            <w:tcW w:w="6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Итого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по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разделу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8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rPr>
                <w:rFonts w:ascii="Times New Roman" w:hAnsi="Times New Roman" w:cs="Times New Roman"/>
              </w:rPr>
            </w:pPr>
          </w:p>
        </w:tc>
      </w:tr>
      <w:tr w:rsidR="0031416D" w:rsidRPr="004B01D5" w:rsidTr="00716F2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2.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Язык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действии</w:t>
            </w:r>
            <w:proofErr w:type="spellEnd"/>
          </w:p>
        </w:tc>
      </w:tr>
      <w:tr w:rsidR="0031416D" w:rsidRPr="004B01D5" w:rsidTr="00716F29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Пропедевтическая работа по предупреждению ошибок в произношении слов в речи. Смыслоразличительная роль ударения. Наблюдение за изменением места ударения в поэтическом тексте.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со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словарем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ударений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29.11.2022 13.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12.2022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Учебный диалог «Помогает ли ударение различать слова?»;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;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10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Синонимы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антонимы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20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.12.2022 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52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Учебный диалог «Что такое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синонимы? Совпадают ли их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значения?»;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Рассказ учителя «Для чего нужны антонимы?»;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</w:tbl>
    <w:p w:rsidR="0031416D" w:rsidRPr="004B01D5" w:rsidRDefault="0031416D" w:rsidP="0031416D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31416D" w:rsidRPr="004B01D5" w:rsidRDefault="0031416D" w:rsidP="0031416D">
      <w:pPr>
        <w:rPr>
          <w:rFonts w:ascii="Times New Roman" w:hAnsi="Times New Roman" w:cs="Times New Roman"/>
        </w:rPr>
        <w:sectPr w:rsidR="0031416D" w:rsidRPr="004B01D5">
          <w:pgSz w:w="16840" w:h="11900"/>
          <w:pgMar w:top="282" w:right="640" w:bottom="10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1416D" w:rsidRPr="004B01D5" w:rsidRDefault="0031416D" w:rsidP="0031416D">
      <w:pPr>
        <w:autoSpaceDE w:val="0"/>
        <w:autoSpaceDN w:val="0"/>
        <w:spacing w:after="66" w:line="220" w:lineRule="exact"/>
        <w:rPr>
          <w:rFonts w:ascii="Times New Roman" w:hAnsi="Times New Roman" w:cs="Times New Roman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5992"/>
        <w:gridCol w:w="528"/>
        <w:gridCol w:w="1104"/>
        <w:gridCol w:w="1142"/>
        <w:gridCol w:w="864"/>
        <w:gridCol w:w="2786"/>
        <w:gridCol w:w="1080"/>
        <w:gridCol w:w="1610"/>
      </w:tblGrid>
      <w:tr w:rsidR="0031416D" w:rsidRPr="004B01D5" w:rsidTr="00716F29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Происхождение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пословиц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фразеологизмов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27.12.2022 17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.01.2023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Практическая работа: объяснить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значение пословиц, предположить,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как они могли возникнуть Работа в паре: составить из частей пословицы,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сравнить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русскиепословицы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поговорки с пословицами и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поговорками других народов;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;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Разные способы толкования значения 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.00.2023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Объяснение учителя: какой словарь называется толковым;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Учимся читать стихи и сказки.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31.01.2023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Чтение сказок и стихотворений.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опрос;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922CCF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922CCF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rdf</w:t>
            </w:r>
            <w:r w:rsidRPr="00922CCF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  <w:r w:rsidRPr="00922CCF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, </w:t>
            </w:r>
            <w:r w:rsidRPr="00922CCF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</w:t>
            </w:r>
            <w:r w:rsidRPr="00922CCF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edu</w:t>
            </w:r>
            <w:r w:rsidRPr="00922CCF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</w:p>
        </w:tc>
      </w:tr>
      <w:tr w:rsidR="0031416D" w:rsidRPr="004B01D5" w:rsidTr="00716F29">
        <w:trPr>
          <w:trHeight w:hRule="exact" w:val="348"/>
        </w:trPr>
        <w:tc>
          <w:tcPr>
            <w:tcW w:w="6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8</w:t>
            </w:r>
          </w:p>
        </w:tc>
        <w:tc>
          <w:tcPr>
            <w:tcW w:w="8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1416D" w:rsidRPr="0031416D" w:rsidTr="00716F2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>Раздел 3. Секреты речи и текста</w:t>
            </w:r>
          </w:p>
        </w:tc>
      </w:tr>
      <w:tr w:rsidR="0031416D" w:rsidRPr="004B01D5" w:rsidTr="00716F29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Диалог. Приемы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обещния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 Особенности русского речевого этикета. Устойчивые этикетные выражения в учебно-научной коммуникации: формы обращения; использование обращений ты и 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Default="0031416D" w:rsidP="00716F29">
            <w:pPr>
              <w:autoSpaceDE w:val="0"/>
              <w:autoSpaceDN w:val="0"/>
              <w:spacing w:before="76" w:after="0" w:line="245" w:lineRule="auto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07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.02.2023</w:t>
            </w:r>
          </w:p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21.02.2023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Работа с рисунками: провести анализ ситуаций речевого общения;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подобрать к каждому рисунку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варианты подписей — устойчивых этикетных выражений;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Анализ информации прочитанного и прослушанного текста: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отличение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главныых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 фактов от второстепенных; выделение наиболее существенных фактов; установление логической связи между фактами.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Создание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текста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развернутое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толкование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значения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слова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28.02.2023 14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.03.2023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Работа в группе: оценить черновики текстов — развёрнутых толкований значения слова — по критериям, отредактировать тексты;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92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4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Связь предложений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4" w:after="0" w:line="24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.03.2023 11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.04.2023</w:t>
            </w:r>
          </w:p>
        </w:tc>
        <w:tc>
          <w:tcPr>
            <w:tcW w:w="27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4" w:after="0" w:line="25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первое предложение (второе предложение уже задано, и в качестве связок в нём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используются слова там или это);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4" w:after="0" w:line="25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; </w:t>
            </w:r>
            <w:r w:rsidRPr="004B01D5">
              <w:rPr>
                <w:rFonts w:ascii="Times New Roman" w:hAnsi="Times New Roman" w:cs="Times New Roman"/>
              </w:rPr>
              <w:br/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4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Создание текстов инструкций. Создание текстов-повествований: заметки о посещении музеев: повествование об участии в народных праздниках.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18.04.2023 16</w:t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.05.2023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Творческая работа: написать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небольшой текст по серии рисунков;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15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09.05.2023 23.05.2023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Работа с текстом: послушать текст,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который читает учитель, сопоставить информацию из текста и рисунки;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найти предмет, который описан в </w:t>
            </w:r>
            <w:r w:rsidRPr="004B01D5">
              <w:rPr>
                <w:rFonts w:ascii="Times New Roman" w:hAnsi="Times New Roman" w:cs="Times New Roman"/>
                <w:lang w:val="ru-RU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тексте; опираясь на информацию из текста, дополнить толкование значения слова;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viri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. rdf.ru, </w:t>
            </w:r>
            <w:r w:rsidRPr="004B01D5">
              <w:rPr>
                <w:rFonts w:ascii="Times New Roman" w:hAnsi="Times New Roman" w:cs="Times New Roman"/>
              </w:rPr>
              <w:br/>
            </w: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schoolcollection.edu.ru</w:t>
            </w:r>
          </w:p>
        </w:tc>
      </w:tr>
      <w:tr w:rsidR="0031416D" w:rsidRPr="004B01D5" w:rsidTr="00716F29">
        <w:trPr>
          <w:trHeight w:hRule="exact" w:val="350"/>
        </w:trPr>
        <w:tc>
          <w:tcPr>
            <w:tcW w:w="6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Итого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по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разделу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8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rPr>
                <w:rFonts w:ascii="Times New Roman" w:hAnsi="Times New Roman" w:cs="Times New Roman"/>
              </w:rPr>
            </w:pPr>
          </w:p>
        </w:tc>
      </w:tr>
      <w:tr w:rsidR="0031416D" w:rsidRPr="004B01D5" w:rsidTr="00716F29">
        <w:trPr>
          <w:trHeight w:hRule="exact" w:val="348"/>
        </w:trPr>
        <w:tc>
          <w:tcPr>
            <w:tcW w:w="6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Резервное</w:t>
            </w:r>
            <w:proofErr w:type="spellEnd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rPr>
                <w:rFonts w:ascii="Times New Roman" w:hAnsi="Times New Roman" w:cs="Times New Roman"/>
              </w:rPr>
            </w:pPr>
          </w:p>
        </w:tc>
      </w:tr>
      <w:tr w:rsidR="0031416D" w:rsidRPr="004B01D5" w:rsidTr="00716F29">
        <w:trPr>
          <w:trHeight w:hRule="exact" w:val="328"/>
        </w:trPr>
        <w:tc>
          <w:tcPr>
            <w:tcW w:w="6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4B01D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6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416D" w:rsidRPr="004B01D5" w:rsidRDefault="0031416D" w:rsidP="00716F29">
            <w:pPr>
              <w:rPr>
                <w:rFonts w:ascii="Times New Roman" w:hAnsi="Times New Roman" w:cs="Times New Roman"/>
              </w:rPr>
            </w:pPr>
          </w:p>
        </w:tc>
      </w:tr>
    </w:tbl>
    <w:p w:rsidR="0031416D" w:rsidRPr="004B01D5" w:rsidRDefault="0031416D" w:rsidP="0031416D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A404D8" w:rsidRPr="00151BAD" w:rsidRDefault="00A404D8">
      <w:pPr>
        <w:rPr>
          <w:rFonts w:ascii="Times New Roman" w:hAnsi="Times New Roman" w:cs="Times New Roman"/>
          <w:lang w:val="ru-RU"/>
        </w:rPr>
        <w:sectPr w:rsidR="00A404D8" w:rsidRPr="00151BAD">
          <w:pgSz w:w="16840" w:h="11900"/>
          <w:pgMar w:top="284" w:right="640" w:bottom="988" w:left="666" w:header="720" w:footer="720" w:gutter="0"/>
          <w:cols w:space="720" w:equalWidth="0">
            <w:col w:w="15534" w:space="0"/>
          </w:cols>
          <w:docGrid w:linePitch="360"/>
        </w:sectPr>
      </w:pPr>
      <w:bookmarkStart w:id="0" w:name="_GoBack"/>
      <w:bookmarkEnd w:id="0"/>
    </w:p>
    <w:p w:rsidR="00A404D8" w:rsidRDefault="00A404D8">
      <w:pPr>
        <w:autoSpaceDE w:val="0"/>
        <w:autoSpaceDN w:val="0"/>
        <w:spacing w:after="78" w:line="220" w:lineRule="exact"/>
      </w:pPr>
    </w:p>
    <w:p w:rsidR="00A404D8" w:rsidRDefault="00017DB8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178"/>
        <w:gridCol w:w="1632"/>
      </w:tblGrid>
      <w:tr w:rsidR="00A404D8" w:rsidRPr="00061077" w:rsidTr="00ED315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62" w:lineRule="auto"/>
              <w:ind w:left="72"/>
            </w:pPr>
            <w:r w:rsidRPr="00061077">
              <w:rPr>
                <w:rFonts w:ascii="Times New Roman" w:eastAsia="Times New Roman" w:hAnsi="Times New Roman"/>
                <w:b/>
                <w:color w:val="000000"/>
              </w:rPr>
              <w:t>№</w:t>
            </w:r>
            <w:r w:rsidRPr="00061077">
              <w:br/>
            </w:r>
            <w:r w:rsidRPr="00061077">
              <w:rPr>
                <w:rFonts w:ascii="Times New Roman" w:eastAsia="Times New Roman" w:hAnsi="Times New Roman"/>
                <w:b/>
                <w:color w:val="000000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>Тема</w:t>
            </w:r>
            <w:proofErr w:type="spellEnd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>урока</w:t>
            </w:r>
            <w:proofErr w:type="spellEnd"/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>Количество</w:t>
            </w:r>
            <w:proofErr w:type="spellEnd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>Дата</w:t>
            </w:r>
            <w:proofErr w:type="spellEnd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061077">
              <w:br/>
            </w:r>
            <w:proofErr w:type="spellStart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>изучения</w:t>
            </w:r>
            <w:proofErr w:type="spellEnd"/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D315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ED315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315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ED315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315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ED315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315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ED3157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404D8" w:rsidRPr="00061077" w:rsidRDefault="00A404D8">
            <w:pPr>
              <w:autoSpaceDE w:val="0"/>
              <w:autoSpaceDN w:val="0"/>
              <w:spacing w:before="98" w:after="0" w:line="271" w:lineRule="auto"/>
              <w:ind w:left="72" w:right="432"/>
            </w:pPr>
          </w:p>
        </w:tc>
      </w:tr>
      <w:tr w:rsidR="00A404D8" w:rsidRPr="00061077" w:rsidTr="00ED3157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D8" w:rsidRPr="00061077" w:rsidRDefault="00A404D8"/>
        </w:tc>
        <w:tc>
          <w:tcPr>
            <w:tcW w:w="3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D8" w:rsidRPr="00061077" w:rsidRDefault="00A404D8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  <w:proofErr w:type="spellEnd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>контрольные</w:t>
            </w:r>
            <w:proofErr w:type="spellEnd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>практические</w:t>
            </w:r>
            <w:proofErr w:type="spellEnd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061077"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D8" w:rsidRPr="00061077" w:rsidRDefault="00A404D8"/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D8" w:rsidRPr="00061077" w:rsidRDefault="00A404D8"/>
        </w:tc>
      </w:tr>
      <w:tr w:rsidR="00320ECB" w:rsidRPr="00061077" w:rsidTr="00320ECB">
        <w:trPr>
          <w:trHeight w:hRule="exact" w:val="633"/>
        </w:trPr>
        <w:tc>
          <w:tcPr>
            <w:tcW w:w="10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0ECB" w:rsidRPr="00320ECB" w:rsidRDefault="00320ECB" w:rsidP="00320ECB">
            <w:pPr>
              <w:autoSpaceDE w:val="0"/>
              <w:autoSpaceDN w:val="0"/>
              <w:spacing w:before="98" w:after="0"/>
              <w:ind w:left="72" w:right="144"/>
              <w:jc w:val="center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320ECB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1 четверть.</w:t>
            </w:r>
            <w:r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8 ч.</w:t>
            </w:r>
          </w:p>
        </w:tc>
      </w:tr>
      <w:tr w:rsidR="00ED3157" w:rsidRPr="0031416D" w:rsidTr="00ED3157">
        <w:trPr>
          <w:trHeight w:hRule="exact" w:val="17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8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061077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По одежке встречают. Лексические единицы с национально-культурной семантикой, обозначающие одежду.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05.09.2023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690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ED3157">
        <w:trPr>
          <w:trHeight w:hRule="exact" w:val="14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Слова, называющие то, во что раньше одевались дети.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12.09.2023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690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ED3157">
        <w:trPr>
          <w:trHeight w:hRule="exact" w:val="25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Ржаной хлебушко </w:t>
            </w:r>
            <w:proofErr w:type="gramStart"/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калачу  дедушка</w:t>
            </w:r>
            <w:proofErr w:type="gramEnd"/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Слова, называющие то, что ели в старину </w:t>
            </w:r>
            <w:r w:rsidRPr="00061077">
              <w:rPr>
                <w:lang w:val="ru-RU"/>
              </w:rPr>
              <w:br/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(например, тюря, полба, </w:t>
            </w:r>
            <w:r w:rsidRPr="00061077">
              <w:rPr>
                <w:lang w:val="ru-RU"/>
              </w:rPr>
              <w:br/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каша, щи, похлёбка, бублик, ватрушка, калач, коврижки): какие из них сохранились до нашего времени.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19.09.203</w:t>
            </w:r>
            <w:r w:rsidRPr="0006107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690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ED3157">
        <w:trPr>
          <w:trHeight w:hRule="exact" w:val="19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83" w:lineRule="auto"/>
              <w:ind w:right="144"/>
              <w:rPr>
                <w:rFonts w:ascii="Times New Roman" w:hAnsi="Times New Roman" w:cs="Times New Roman"/>
                <w:lang w:val="ru-RU"/>
              </w:rPr>
            </w:pPr>
            <w:r w:rsidRPr="00061077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Что и как могут рассказать слова о еде. Лексические единицы с национально-культурной семантикой, обозначающие предметы традиционного русского быта: русская кухня.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26.09.2023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690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ED3157">
        <w:trPr>
          <w:trHeight w:hRule="exact" w:val="227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100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061077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Любишь кататься люби и саночки возить. Лексические единицы с национально-культурной семантикой, обозначающие предметы традиционного русского быта: детские забавы, игры и игрушки.</w:t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03.10.2023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690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ED3157">
        <w:trPr>
          <w:trHeight w:hRule="exact" w:val="254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lastRenderedPageBreak/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061077">
              <w:rPr>
                <w:rFonts w:ascii="Times New Roman" w:eastAsia="Times New Roman" w:hAnsi="Times New Roman" w:cs="Times New Roman"/>
                <w:w w:val="97"/>
                <w:lang w:val="ru-RU"/>
              </w:rPr>
              <w:t>Делу время потехе час. Пословицы, поговорки, фразеологизмы, возникновение которых связано с предметами и явлениями традиционного русского быта: детские игры, забавы.</w:t>
            </w:r>
            <w:r w:rsidRPr="000610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0.10.2023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690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90400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690400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690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4D8" w:rsidRPr="0031416D" w:rsidTr="00ED3157">
        <w:trPr>
          <w:trHeight w:hRule="exact" w:val="29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D50B5D">
            <w:pPr>
              <w:autoSpaceDE w:val="0"/>
              <w:autoSpaceDN w:val="0"/>
              <w:spacing w:before="98" w:after="0" w:line="271" w:lineRule="auto"/>
              <w:ind w:left="72" w:right="88"/>
              <w:jc w:val="both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 решете воду не удержишь. Слова, называющие </w:t>
            </w:r>
            <w:r w:rsidRPr="00061077">
              <w:rPr>
                <w:lang w:val="ru-RU"/>
              </w:rPr>
              <w:br/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домашнюю утварь и орудия труда (ухват, ушат, ступа, </w:t>
            </w:r>
            <w:r w:rsidRPr="00061077">
              <w:rPr>
                <w:lang w:val="ru-RU"/>
              </w:rPr>
              <w:br/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плошка, крынка, ковш, </w:t>
            </w:r>
            <w:r w:rsidRPr="00061077">
              <w:rPr>
                <w:lang w:val="ru-RU"/>
              </w:rPr>
              <w:br/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решето, веретено, серп, коса, плуг). </w:t>
            </w:r>
            <w:r w:rsidR="00017DB8" w:rsidRPr="00061077">
              <w:rPr>
                <w:rFonts w:ascii="Times New Roman" w:eastAsia="Times New Roman" w:hAnsi="Times New Roman"/>
                <w:color w:val="000000"/>
                <w:lang w:val="ru-RU"/>
              </w:rPr>
              <w:t>Сравнение русских пословиц и поговорок с пословицами и поговорками других народов.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30" w:lineRule="auto"/>
              <w:ind w:left="74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5E03B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17.10.2023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ED3157" w:rsidRDefault="00ED3157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440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44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440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4402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4402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F94402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</w:tbl>
    <w:p w:rsidR="00A404D8" w:rsidRPr="00ED3157" w:rsidRDefault="00A404D8">
      <w:pPr>
        <w:autoSpaceDE w:val="0"/>
        <w:autoSpaceDN w:val="0"/>
        <w:spacing w:after="0" w:line="14" w:lineRule="exact"/>
        <w:rPr>
          <w:lang w:val="ru-RU"/>
        </w:rPr>
      </w:pPr>
    </w:p>
    <w:p w:rsidR="00A404D8" w:rsidRPr="00ED3157" w:rsidRDefault="00A404D8">
      <w:pPr>
        <w:rPr>
          <w:lang w:val="ru-RU"/>
        </w:rPr>
        <w:sectPr w:rsidR="00A404D8" w:rsidRPr="00ED3157">
          <w:pgSz w:w="11900" w:h="16840"/>
          <w:pgMar w:top="298" w:right="650" w:bottom="4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404D8" w:rsidRPr="00ED3157" w:rsidRDefault="00A404D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319"/>
        <w:gridCol w:w="1491"/>
      </w:tblGrid>
      <w:tr w:rsidR="00A404D8" w:rsidRPr="0031416D" w:rsidTr="005E03BF">
        <w:trPr>
          <w:trHeight w:hRule="exact" w:val="227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45E" w:rsidRPr="0047145E" w:rsidRDefault="0047145E" w:rsidP="004714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</w:t>
            </w:r>
            <w:r w:rsidRPr="004714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онтрольная работа по разделу </w:t>
            </w:r>
            <w:r w:rsidRPr="00471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«Русский язык: прошлое и настоящее»</w:t>
            </w:r>
          </w:p>
          <w:p w:rsidR="00A404D8" w:rsidRPr="00061077" w:rsidRDefault="00D50B5D">
            <w:pPr>
              <w:autoSpaceDE w:val="0"/>
              <w:autoSpaceDN w:val="0"/>
              <w:spacing w:before="98" w:after="0" w:line="286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061077">
              <w:rPr>
                <w:rFonts w:ascii="Times New Roman" w:hAnsi="Times New Roman" w:cs="Times New Roman"/>
                <w:lang w:val="ru-RU"/>
              </w:rPr>
              <w:t>Самовар кипит – уходить не велит.</w:t>
            </w:r>
            <w:r w:rsidRPr="00061077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  Лексические единицы с национально-культурной семантикой, обозначающие предметы традиционного русского быта: слова, связанные с традицией русского чаепития.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017DB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5E03BF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24</w:t>
            </w:r>
            <w:r w:rsidR="00320ECB">
              <w:rPr>
                <w:rFonts w:ascii="Times New Roman" w:eastAsia="Times New Roman" w:hAnsi="Times New Roman"/>
                <w:color w:val="000000"/>
                <w:lang w:val="ru-RU"/>
              </w:rPr>
              <w:t>.10.2023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061077" w:rsidRDefault="00ED3157" w:rsidP="00ED3157">
            <w:pPr>
              <w:autoSpaceDE w:val="0"/>
              <w:autoSpaceDN w:val="0"/>
              <w:spacing w:before="98" w:after="0"/>
              <w:rPr>
                <w:lang w:val="ru-RU"/>
              </w:rPr>
            </w:pPr>
            <w:r w:rsidRPr="00ED315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</w:rPr>
              <w:t>https</w:t>
            </w:r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  <w:lang w:val="ru-RU"/>
              </w:rPr>
              <w:t>://</w:t>
            </w:r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</w:rPr>
              <w:t>m</w:t>
            </w:r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</w:rPr>
              <w:t>ru</w:t>
            </w:r>
            <w:proofErr w:type="spellEnd"/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  <w:lang w:val="ru-RU"/>
              </w:rPr>
              <w:t>/</w:t>
            </w:r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</w:rPr>
              <w:t>f</w:t>
            </w:r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</w:rPr>
              <w:t>ebc</w:t>
            </w:r>
            <w:proofErr w:type="spellEnd"/>
            <w:r w:rsidRPr="00ED3157">
              <w:rPr>
                <w:rFonts w:ascii="Times New Roman" w:eastAsia="Calibri" w:hAnsi="Times New Roman" w:cs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eastAsia="Calibri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5E03BF" w:rsidRPr="00061077" w:rsidTr="005E03BF">
        <w:trPr>
          <w:trHeight w:hRule="exact" w:val="709"/>
        </w:trPr>
        <w:tc>
          <w:tcPr>
            <w:tcW w:w="10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03BF" w:rsidRPr="00061077" w:rsidRDefault="005E03BF" w:rsidP="005E03BF">
            <w:pPr>
              <w:autoSpaceDE w:val="0"/>
              <w:autoSpaceDN w:val="0"/>
              <w:spacing w:before="98" w:after="0"/>
              <w:ind w:left="72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320ECB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2 четверть.</w:t>
            </w:r>
            <w:r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8 ч.</w:t>
            </w:r>
          </w:p>
        </w:tc>
      </w:tr>
      <w:tr w:rsidR="00ED3157" w:rsidRPr="0031416D" w:rsidTr="005E03BF">
        <w:trPr>
          <w:trHeight w:hRule="exact" w:val="22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Сравнение фразеологизмов, имеющих в разных языках общий смысл, но различную образную форму </w:t>
            </w:r>
            <w:r w:rsidRPr="00061077">
              <w:rPr>
                <w:lang w:val="ru-RU"/>
              </w:rPr>
              <w:br/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(например, ехать в Тулу со своим самоваром (рус.); ехать в лес с дровами (тат.)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07.11.2023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A14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5E03BF">
        <w:trPr>
          <w:trHeight w:hRule="exact" w:val="142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922CCF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Помогает ли ударение различать слова? Смыслоразличительная роль ударения. Наблюдение за </w:t>
            </w:r>
            <w:r w:rsidRPr="00061077">
              <w:rPr>
                <w:lang w:val="ru-RU"/>
              </w:rPr>
              <w:br/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изменением места ударения в поэтическом тексте.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14.11.2023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A14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5E03BF">
        <w:trPr>
          <w:trHeight w:hRule="exact" w:val="156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Помогает ли ударение различать слова? Смы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слоразличительная роль ударения</w:t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21.11.2023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A14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47145E">
        <w:trPr>
          <w:trHeight w:hRule="exact" w:val="11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Наблюдение за </w:t>
            </w:r>
            <w:r w:rsidRPr="00061077">
              <w:rPr>
                <w:lang w:val="ru-RU"/>
              </w:rPr>
              <w:br/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изменением места ударения в поэтическом тексте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28.11.2023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A14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5E03BF">
        <w:trPr>
          <w:trHeight w:hRule="exact" w:val="100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Для чего нужны синонимы</w:t>
            </w:r>
            <w:r w:rsidRPr="00922CCF">
              <w:rPr>
                <w:rFonts w:ascii="Times New Roman" w:eastAsia="Times New Roman" w:hAnsi="Times New Roman"/>
                <w:color w:val="000000"/>
                <w:lang w:val="ru-RU"/>
              </w:rPr>
              <w:t>?</w:t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5E03BF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05.12</w:t>
            </w:r>
            <w:r w:rsidRPr="005E03BF">
              <w:rPr>
                <w:rFonts w:ascii="Times New Roman" w:eastAsia="Times New Roman" w:hAnsi="Times New Roman"/>
                <w:color w:val="000000"/>
                <w:lang w:val="ru-RU"/>
              </w:rPr>
              <w:t>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A14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5E03BF">
        <w:trPr>
          <w:trHeight w:hRule="exact" w:val="8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5E03BF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5E03BF">
              <w:rPr>
                <w:rFonts w:ascii="Times New Roman" w:eastAsia="Times New Roman" w:hAnsi="Times New Roman"/>
                <w:color w:val="000000"/>
                <w:lang w:val="ru-RU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Для чего нужны антонимы</w:t>
            </w:r>
            <w:r w:rsidRPr="005E03BF">
              <w:rPr>
                <w:rFonts w:ascii="Times New Roman" w:eastAsia="Times New Roman" w:hAnsi="Times New Roman"/>
                <w:color w:val="000000"/>
                <w:lang w:val="ru-RU"/>
              </w:rPr>
              <w:t>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5E03BF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5E03BF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5E03BF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E03BF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5E03BF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E03BF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5E03BF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12</w:t>
            </w:r>
            <w:r w:rsidRPr="005E03BF">
              <w:rPr>
                <w:rFonts w:ascii="Times New Roman" w:eastAsia="Times New Roman" w:hAnsi="Times New Roman"/>
                <w:color w:val="000000"/>
                <w:lang w:val="ru-RU"/>
              </w:rPr>
              <w:t>.12.2023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A14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5E03BF">
        <w:trPr>
          <w:trHeight w:hRule="exact" w:val="7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5E03BF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5E03BF">
              <w:rPr>
                <w:rFonts w:ascii="Times New Roman" w:eastAsia="Times New Roman" w:hAnsi="Times New Roman"/>
                <w:color w:val="000000"/>
                <w:lang w:val="ru-RU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Как появились пословицы и фразеологизмы?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</w:rPr>
              <w:t>.12.2023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A14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5E03BF">
        <w:trPr>
          <w:trHeight w:hRule="exact" w:val="1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47145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Контрольная работа </w:t>
            </w:r>
            <w:proofErr w:type="gramStart"/>
            <w:r w:rsidRPr="0047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  разделу</w:t>
            </w:r>
            <w:proofErr w:type="gramEnd"/>
            <w:r w:rsidRPr="0047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 «Язык в действии».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«</w:t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Как можно объяснить значение слов? Разные способы толкования значения слов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Наблюдение за </w:t>
            </w:r>
            <w:r w:rsidRPr="00061077">
              <w:rPr>
                <w:lang w:val="ru-RU"/>
              </w:rPr>
              <w:br/>
            </w: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сочетаемостью слов.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26.12.2023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A14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A146F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A146F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A146F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2487C" w:rsidRPr="00061077" w:rsidTr="0047145E">
        <w:trPr>
          <w:trHeight w:hRule="exact" w:val="1854"/>
        </w:trPr>
        <w:tc>
          <w:tcPr>
            <w:tcW w:w="10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487C" w:rsidRPr="00061077" w:rsidRDefault="0032487C" w:rsidP="0032487C">
            <w:pPr>
              <w:autoSpaceDE w:val="0"/>
              <w:autoSpaceDN w:val="0"/>
              <w:spacing w:before="98" w:after="0" w:line="262" w:lineRule="auto"/>
              <w:ind w:left="72" w:right="144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24701">
              <w:rPr>
                <w:rFonts w:ascii="Times New Roman" w:eastAsia="Times New Roman" w:hAnsi="Times New Roman"/>
                <w:b/>
                <w:color w:val="000000"/>
                <w:lang w:val="ru-RU"/>
              </w:rPr>
              <w:lastRenderedPageBreak/>
              <w:t>3 четверть.</w:t>
            </w:r>
            <w:r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11 ч.</w:t>
            </w:r>
          </w:p>
        </w:tc>
      </w:tr>
      <w:tr w:rsidR="00ED3157" w:rsidRPr="0031416D" w:rsidTr="005E03BF">
        <w:trPr>
          <w:trHeight w:hRule="exact" w:val="12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061077">
              <w:rPr>
                <w:rFonts w:ascii="Times New Roman" w:eastAsia="Times New Roman" w:hAnsi="Times New Roman"/>
                <w:color w:val="000000"/>
                <w:lang w:val="ru-RU"/>
              </w:rPr>
              <w:t>Встречается ли в сказках и стихах необычное ударение?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06107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 w:rsidRPr="00061077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0ECB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09</w:t>
            </w:r>
            <w:r w:rsidRPr="00320ECB">
              <w:rPr>
                <w:rFonts w:ascii="Times New Roman" w:eastAsia="Times New Roman" w:hAnsi="Times New Roman"/>
                <w:color w:val="000000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01.2024</w:t>
            </w:r>
            <w:r w:rsidRPr="00320EC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171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17119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7119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7119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7119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7119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17119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 w:rsidTr="005E03BF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0ECB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20ECB">
              <w:rPr>
                <w:rFonts w:ascii="Times New Roman" w:eastAsia="Times New Roman" w:hAnsi="Times New Roman"/>
                <w:color w:val="000000"/>
                <w:lang w:val="ru-RU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0ECB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0ECB">
              <w:rPr>
                <w:rFonts w:ascii="Times New Roman" w:eastAsia="Times New Roman" w:hAnsi="Times New Roman"/>
                <w:color w:val="000000"/>
                <w:lang w:val="ru-RU"/>
              </w:rPr>
              <w:t>Контрольная работа №2.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0ECB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320ECB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0ECB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0ECB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0ECB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0ECB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0ECB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16.01.2024</w:t>
            </w:r>
            <w:r w:rsidRPr="00320EC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171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17119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7119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7119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7119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7119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17119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17119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</w:tbl>
    <w:p w:rsidR="00A404D8" w:rsidRPr="00320ECB" w:rsidRDefault="00A404D8">
      <w:pPr>
        <w:rPr>
          <w:lang w:val="ru-RU"/>
        </w:rPr>
        <w:sectPr w:rsidR="00A404D8" w:rsidRPr="00320ECB">
          <w:pgSz w:w="11900" w:h="16840"/>
          <w:pgMar w:top="284" w:right="650" w:bottom="5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404D8" w:rsidRPr="00320ECB" w:rsidRDefault="00A404D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ED3157" w:rsidRPr="0031416D" w:rsidTr="0032487C">
        <w:trPr>
          <w:trHeight w:hRule="exact" w:val="284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0ECB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20EC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Приемы общения: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убеждение, уговаривание, просьба, похвала и др.,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сохранение инициативы в диалоге, уклонение от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инициативы, завершение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диалога и др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8910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887020" w:rsidRDefault="00ED3157" w:rsidP="00ED3157">
            <w:pPr>
              <w:autoSpaceDE w:val="0"/>
              <w:autoSpaceDN w:val="0"/>
              <w:spacing w:before="98" w:after="0" w:line="283" w:lineRule="auto"/>
              <w:ind w:left="72" w:right="432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Приемы общения: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убеждение, уговаривание, просьба, похвала и др.,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сохранение инициативы в диалоге, уклонение от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инициативы, завершение диалога и др.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</w:t>
            </w: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01</w:t>
            </w: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8910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Особенности русского речевого этикета.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06.02</w:t>
            </w: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8910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887020" w:rsidRDefault="00ED3157" w:rsidP="00ED3157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Устойчивые этикетные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выражения в учебно-научной коммуникации: формы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обращения; различение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этикетных форм обращения в официальной и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неофициальной речевой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ситуации.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8910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887020" w:rsidRDefault="00ED3157" w:rsidP="00ED3157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Устойчивые этикетные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выражения в учебно-научной коммуникации: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обращений ты и вы.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8910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887020" w:rsidRDefault="00ED3157" w:rsidP="00ED3157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ответ как жанр монологической устной учебно-научной речи.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27.02.2024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8910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887020" w:rsidRDefault="00ED3157" w:rsidP="00ED3157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Различные виды ответов: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развернутый ответ, ответ-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добавление (на практическом уровне).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05.03.2024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8910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891003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891003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89100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</w:tbl>
    <w:p w:rsidR="00A404D8" w:rsidRPr="00ED3157" w:rsidRDefault="00A404D8">
      <w:pPr>
        <w:autoSpaceDE w:val="0"/>
        <w:autoSpaceDN w:val="0"/>
        <w:spacing w:after="0" w:line="14" w:lineRule="exact"/>
        <w:rPr>
          <w:lang w:val="ru-RU"/>
        </w:rPr>
      </w:pPr>
    </w:p>
    <w:p w:rsidR="00A404D8" w:rsidRPr="00ED3157" w:rsidRDefault="00A404D8">
      <w:pPr>
        <w:rPr>
          <w:lang w:val="ru-RU"/>
        </w:rPr>
        <w:sectPr w:rsidR="00A404D8" w:rsidRPr="00ED3157">
          <w:pgSz w:w="11900" w:h="16840"/>
          <w:pgMar w:top="284" w:right="650" w:bottom="8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404D8" w:rsidRPr="00ED3157" w:rsidRDefault="00A404D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ED3157" w:rsidRPr="0031416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.03.2024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1C5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1C53F7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C53F7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C53F7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C53F7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C53F7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1C53F7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887020" w:rsidRDefault="00ED3157" w:rsidP="00ED3157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Практическое овладение средствами связи: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лексический повтор,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местоименный повтор.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19.03.2024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1C5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1C53F7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C53F7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C53F7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1C53F7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1C53F7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1C53F7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1C53F7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32487C" w:rsidTr="0032487C">
        <w:trPr>
          <w:trHeight w:hRule="exact" w:val="691"/>
        </w:trPr>
        <w:tc>
          <w:tcPr>
            <w:tcW w:w="10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487C" w:rsidRDefault="0032487C" w:rsidP="0032487C">
            <w:pPr>
              <w:autoSpaceDE w:val="0"/>
              <w:autoSpaceDN w:val="0"/>
              <w:spacing w:before="98" w:after="0" w:line="262" w:lineRule="auto"/>
              <w:ind w:left="72" w:right="57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524701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4 четверть.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7 ч.</w:t>
            </w:r>
          </w:p>
        </w:tc>
      </w:tr>
      <w:tr w:rsidR="00ED3157" w:rsidRPr="0031416D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887020" w:rsidRDefault="00ED3157" w:rsidP="00ED3157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Создание текстов-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повествований: заметки о посещении музеев;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повествование об участии в народных праздниках.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02.04.2024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4C4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887020" w:rsidRDefault="00ED3157" w:rsidP="00ED315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Создание текста: развёрнутое толкование значения слова.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09.04.2024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4C4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887020" w:rsidRDefault="00ED3157" w:rsidP="00ED3157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информации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прочитанного и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прослушанного </w:t>
            </w:r>
            <w:r w:rsidRPr="00887020">
              <w:rPr>
                <w:lang w:val="ru-RU"/>
              </w:rPr>
              <w:br/>
            </w:r>
            <w:proofErr w:type="spellStart"/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текста:различение</w:t>
            </w:r>
            <w:proofErr w:type="spellEnd"/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главных фактов и второстепенных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16.04.2024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4C4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887020" w:rsidRDefault="00ED3157" w:rsidP="00ED3157">
            <w:pPr>
              <w:autoSpaceDE w:val="0"/>
              <w:autoSpaceDN w:val="0"/>
              <w:spacing w:before="98" w:after="0" w:line="283" w:lineRule="auto"/>
              <w:ind w:left="72" w:right="432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информации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прочитанного и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прослушанного текста: выделение наиболее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существенных фактов; </w:t>
            </w:r>
            <w:r w:rsidRPr="00887020">
              <w:rPr>
                <w:lang w:val="ru-RU"/>
              </w:rPr>
              <w:br/>
            </w: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установление логической связи между фактами.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23.04.2024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4C4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100" w:after="0" w:line="262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материала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07.05.2024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4C4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работа№3.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14.05.2024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4C4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D3157" w:rsidRPr="0031416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Обобщение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32487C" w:rsidRDefault="00ED3157" w:rsidP="00ED3157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3157" w:rsidRPr="00ED3157" w:rsidRDefault="00ED3157" w:rsidP="00ED3157">
            <w:pPr>
              <w:rPr>
                <w:lang w:val="ru-RU"/>
              </w:rPr>
            </w:pPr>
            <w:r w:rsidRPr="004C4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1416D">
              <w:fldChar w:fldCharType="begin"/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instrText>HYPERLINK</w:instrText>
            </w:r>
            <w:r w:rsidR="0031416D" w:rsidRPr="0031416D">
              <w:rPr>
                <w:lang w:val="ru-RU"/>
              </w:rPr>
              <w:instrText xml:space="preserve"> "</w:instrText>
            </w:r>
            <w:r w:rsidR="0031416D">
              <w:instrText>https</w:instrText>
            </w:r>
            <w:r w:rsidR="0031416D" w:rsidRPr="0031416D">
              <w:rPr>
                <w:lang w:val="ru-RU"/>
              </w:rPr>
              <w:instrText>://</w:instrText>
            </w:r>
            <w:r w:rsidR="0031416D">
              <w:instrText>m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edsoo</w:instrText>
            </w:r>
            <w:r w:rsidR="0031416D" w:rsidRPr="0031416D">
              <w:rPr>
                <w:lang w:val="ru-RU"/>
              </w:rPr>
              <w:instrText>.</w:instrText>
            </w:r>
            <w:r w:rsidR="0031416D">
              <w:instrText>ru</w:instrText>
            </w:r>
            <w:r w:rsidR="0031416D" w:rsidRPr="0031416D">
              <w:rPr>
                <w:lang w:val="ru-RU"/>
              </w:rPr>
              <w:instrText>/</w:instrText>
            </w:r>
            <w:r w:rsidR="0031416D">
              <w:instrText>f</w:instrText>
            </w:r>
            <w:r w:rsidR="0031416D" w:rsidRPr="0031416D">
              <w:rPr>
                <w:lang w:val="ru-RU"/>
              </w:rPr>
              <w:instrText>841</w:instrText>
            </w:r>
            <w:r w:rsidR="0031416D">
              <w:instrText>ebc</w:instrText>
            </w:r>
            <w:r w:rsidR="0031416D" w:rsidRPr="0031416D">
              <w:rPr>
                <w:lang w:val="ru-RU"/>
              </w:rPr>
              <w:instrText>8" \</w:instrText>
            </w:r>
            <w:r w:rsidR="0031416D">
              <w:instrText>h</w:instrText>
            </w:r>
            <w:r w:rsidR="0031416D" w:rsidRPr="0031416D">
              <w:rPr>
                <w:lang w:val="ru-RU"/>
              </w:rPr>
              <w:instrText xml:space="preserve"> </w:instrText>
            </w:r>
            <w:r w:rsidR="0031416D">
              <w:fldChar w:fldCharType="separate"/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4C409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proofErr w:type="spellStart"/>
            <w:r w:rsidRPr="004C409F">
              <w:rPr>
                <w:rFonts w:ascii="Times New Roman" w:hAnsi="Times New Roman"/>
                <w:color w:val="0000FF"/>
                <w:u w:val="single"/>
              </w:rPr>
              <w:t>ebc</w:t>
            </w:r>
            <w:proofErr w:type="spellEnd"/>
            <w:r w:rsidRPr="004C409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1416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404D8" w:rsidRPr="0032487C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887020" w:rsidRDefault="00017DB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88702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32487C" w:rsidRDefault="00017DB8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32487C" w:rsidRDefault="00017DB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32487C" w:rsidRDefault="00017DB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2487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04D8" w:rsidRPr="0032487C" w:rsidRDefault="00A404D8">
            <w:pPr>
              <w:rPr>
                <w:lang w:val="ru-RU"/>
              </w:rPr>
            </w:pPr>
          </w:p>
        </w:tc>
      </w:tr>
    </w:tbl>
    <w:p w:rsidR="00A404D8" w:rsidRPr="0032487C" w:rsidRDefault="00A404D8">
      <w:pPr>
        <w:autoSpaceDE w:val="0"/>
        <w:autoSpaceDN w:val="0"/>
        <w:spacing w:after="0" w:line="14" w:lineRule="exact"/>
        <w:rPr>
          <w:lang w:val="ru-RU"/>
        </w:rPr>
      </w:pPr>
    </w:p>
    <w:p w:rsidR="00A404D8" w:rsidRPr="0032487C" w:rsidRDefault="00A404D8">
      <w:pPr>
        <w:rPr>
          <w:lang w:val="ru-RU"/>
        </w:rPr>
        <w:sectPr w:rsidR="00A404D8" w:rsidRPr="0032487C">
          <w:pgSz w:w="11900" w:h="16840"/>
          <w:pgMar w:top="284" w:right="650" w:bottom="5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404D8" w:rsidRPr="0032487C" w:rsidRDefault="00A404D8">
      <w:pPr>
        <w:autoSpaceDE w:val="0"/>
        <w:autoSpaceDN w:val="0"/>
        <w:spacing w:after="78" w:line="220" w:lineRule="exact"/>
        <w:rPr>
          <w:lang w:val="ru-RU"/>
        </w:rPr>
      </w:pPr>
    </w:p>
    <w:p w:rsidR="00A404D8" w:rsidRDefault="00017DB8">
      <w:pPr>
        <w:autoSpaceDE w:val="0"/>
        <w:autoSpaceDN w:val="0"/>
        <w:spacing w:after="0" w:line="230" w:lineRule="auto"/>
      </w:pPr>
      <w:r w:rsidRPr="0032487C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О ПРОЦЕССА </w:t>
      </w:r>
    </w:p>
    <w:p w:rsidR="00A404D8" w:rsidRDefault="00017DB8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A404D8" w:rsidRPr="00887020" w:rsidRDefault="00017DB8">
      <w:pPr>
        <w:autoSpaceDE w:val="0"/>
        <w:autoSpaceDN w:val="0"/>
        <w:spacing w:before="166" w:after="0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Рябинина Л.А., Соколова О.В., Русский родной язык. Учебник. 2 класс. Акционерное общество «Издательство «Просвещение»; </w:t>
      </w:r>
      <w:r w:rsidRPr="00887020">
        <w:rPr>
          <w:lang w:val="ru-RU"/>
        </w:rPr>
        <w:br/>
      </w: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A404D8" w:rsidRPr="00887020" w:rsidRDefault="00017DB8">
      <w:pPr>
        <w:autoSpaceDE w:val="0"/>
        <w:autoSpaceDN w:val="0"/>
        <w:spacing w:before="262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A404D8" w:rsidRPr="00887020" w:rsidRDefault="00017DB8">
      <w:pPr>
        <w:autoSpaceDE w:val="0"/>
        <w:autoSpaceDN w:val="0"/>
        <w:spacing w:before="166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Методическое пособие 2 класс </w:t>
      </w:r>
      <w:proofErr w:type="spellStart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О.М.Александрова</w:t>
      </w:r>
      <w:proofErr w:type="spellEnd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, М.И. </w:t>
      </w:r>
      <w:proofErr w:type="gramStart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>Кузнецова ,</w:t>
      </w:r>
      <w:proofErr w:type="gramEnd"/>
      <w:r w:rsidRPr="00887020">
        <w:rPr>
          <w:rFonts w:ascii="Times New Roman" w:eastAsia="Times New Roman" w:hAnsi="Times New Roman"/>
          <w:color w:val="000000"/>
          <w:sz w:val="24"/>
          <w:lang w:val="ru-RU"/>
        </w:rPr>
        <w:t xml:space="preserve"> В.Ю. Романова Москва.</w:t>
      </w:r>
    </w:p>
    <w:p w:rsidR="00A404D8" w:rsidRPr="00887020" w:rsidRDefault="00017DB8">
      <w:pPr>
        <w:autoSpaceDE w:val="0"/>
        <w:autoSpaceDN w:val="0"/>
        <w:spacing w:before="264" w:after="0" w:line="230" w:lineRule="auto"/>
        <w:rPr>
          <w:lang w:val="ru-RU"/>
        </w:rPr>
      </w:pPr>
      <w:r w:rsidRPr="0088702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404D8" w:rsidRDefault="00017DB8">
      <w:pPr>
        <w:autoSpaceDE w:val="0"/>
        <w:autoSpaceDN w:val="0"/>
        <w:spacing w:before="168" w:after="0" w:line="230" w:lineRule="auto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viri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 rdf.ru, schoolcollection.edu.ru</w:t>
      </w:r>
    </w:p>
    <w:p w:rsidR="00A404D8" w:rsidRDefault="00A404D8">
      <w:pPr>
        <w:sectPr w:rsidR="00A404D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404D8" w:rsidRDefault="00A404D8">
      <w:pPr>
        <w:autoSpaceDE w:val="0"/>
        <w:autoSpaceDN w:val="0"/>
        <w:spacing w:after="78" w:line="220" w:lineRule="exact"/>
      </w:pPr>
    </w:p>
    <w:p w:rsidR="00A404D8" w:rsidRPr="0031416D" w:rsidRDefault="00A404D8">
      <w:pPr>
        <w:sectPr w:rsidR="00A404D8" w:rsidRPr="0031416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17DB8" w:rsidRPr="0031416D" w:rsidRDefault="00017DB8"/>
    <w:sectPr w:rsidR="00017DB8" w:rsidRPr="0031416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59E" w:rsidRDefault="00E1559E" w:rsidP="00E1559E">
      <w:pPr>
        <w:spacing w:after="0" w:line="240" w:lineRule="auto"/>
      </w:pPr>
      <w:r>
        <w:separator/>
      </w:r>
    </w:p>
  </w:endnote>
  <w:endnote w:type="continuationSeparator" w:id="0">
    <w:p w:rsidR="00E1559E" w:rsidRDefault="00E1559E" w:rsidP="00E1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3478888"/>
      <w:docPartObj>
        <w:docPartGallery w:val="Page Numbers (Bottom of Page)"/>
        <w:docPartUnique/>
      </w:docPartObj>
    </w:sdtPr>
    <w:sdtEndPr/>
    <w:sdtContent>
      <w:p w:rsidR="00ED3157" w:rsidRDefault="00ED315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16D" w:rsidRPr="0031416D">
          <w:rPr>
            <w:noProof/>
            <w:lang w:val="ru-RU"/>
          </w:rPr>
          <w:t>20</w:t>
        </w:r>
        <w:r>
          <w:fldChar w:fldCharType="end"/>
        </w:r>
      </w:p>
    </w:sdtContent>
  </w:sdt>
  <w:p w:rsidR="00E1559E" w:rsidRDefault="00E155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59E" w:rsidRDefault="00E1559E" w:rsidP="00E1559E">
      <w:pPr>
        <w:spacing w:after="0" w:line="240" w:lineRule="auto"/>
      </w:pPr>
      <w:r>
        <w:separator/>
      </w:r>
    </w:p>
  </w:footnote>
  <w:footnote w:type="continuationSeparator" w:id="0">
    <w:p w:rsidR="00E1559E" w:rsidRDefault="00E1559E" w:rsidP="00E15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7DB8"/>
    <w:rsid w:val="00034616"/>
    <w:rsid w:val="0006063C"/>
    <w:rsid w:val="00061077"/>
    <w:rsid w:val="00064AED"/>
    <w:rsid w:val="0015074B"/>
    <w:rsid w:val="00151BAD"/>
    <w:rsid w:val="00292960"/>
    <w:rsid w:val="0029639D"/>
    <w:rsid w:val="002D052E"/>
    <w:rsid w:val="002F4475"/>
    <w:rsid w:val="0031416D"/>
    <w:rsid w:val="00320ECB"/>
    <w:rsid w:val="0032487C"/>
    <w:rsid w:val="00326F90"/>
    <w:rsid w:val="0039394F"/>
    <w:rsid w:val="0047145E"/>
    <w:rsid w:val="00473D0C"/>
    <w:rsid w:val="004B01D5"/>
    <w:rsid w:val="004E2FE0"/>
    <w:rsid w:val="00524701"/>
    <w:rsid w:val="005E03BF"/>
    <w:rsid w:val="00835A37"/>
    <w:rsid w:val="00887020"/>
    <w:rsid w:val="008E340F"/>
    <w:rsid w:val="00922CCF"/>
    <w:rsid w:val="009802EA"/>
    <w:rsid w:val="009C20FD"/>
    <w:rsid w:val="00A404D8"/>
    <w:rsid w:val="00AA1D8D"/>
    <w:rsid w:val="00AE0BEA"/>
    <w:rsid w:val="00B30650"/>
    <w:rsid w:val="00B47730"/>
    <w:rsid w:val="00BE4BC0"/>
    <w:rsid w:val="00CB0664"/>
    <w:rsid w:val="00D50B5D"/>
    <w:rsid w:val="00E1559E"/>
    <w:rsid w:val="00E7695E"/>
    <w:rsid w:val="00ED3157"/>
    <w:rsid w:val="00FA19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DF641FE-13A9-4D99-83D4-EF06481D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73D0C"/>
    <w:pPr>
      <w:spacing w:after="0" w:line="240" w:lineRule="auto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TujItF6ll4J6RM05MJqlUE6udMf5mjZIdg4qyf9xJvU=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fX7BMs/AFKJlPbC94032t8tNRrYFs/4Y76whbbKQ1Cs=</DigestValue>
    </Reference>
  </SignedInfo>
  <SignatureValue>+6LnmznI609qmR1DB3PhUyNwdr5ez8MKevCR2C3ujmnVCQdS5ud9/jSEmsblD9CZ
zGgNmFVOwE+xmXjQWKr9ag==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wjsV8yotknZhN7STelSUCLRvoko=</DigestValue>
      </Reference>
      <Reference URI="/word/endnotes.xml?ContentType=application/vnd.openxmlformats-officedocument.wordprocessingml.endnotes+xml">
        <DigestMethod Algorithm="http://www.w3.org/2000/09/xmldsig#sha1"/>
        <DigestValue>jWCPSXsUXprNbyAeEU47TMj0PJw=</DigestValue>
      </Reference>
      <Reference URI="/word/fontTable.xml?ContentType=application/vnd.openxmlformats-officedocument.wordprocessingml.fontTable+xml">
        <DigestMethod Algorithm="http://www.w3.org/2000/09/xmldsig#sha1"/>
        <DigestValue>dpzKlTcfmq3/hk3xVJuNjIqi7+o=</DigestValue>
      </Reference>
      <Reference URI="/word/footer1.xml?ContentType=application/vnd.openxmlformats-officedocument.wordprocessingml.footer+xml">
        <DigestMethod Algorithm="http://www.w3.org/2000/09/xmldsig#sha1"/>
        <DigestValue>UdHYRzwiQXixqDqsXtnN39cIcZQ=</DigestValue>
      </Reference>
      <Reference URI="/word/footnotes.xml?ContentType=application/vnd.openxmlformats-officedocument.wordprocessingml.footnotes+xml">
        <DigestMethod Algorithm="http://www.w3.org/2000/09/xmldsig#sha1"/>
        <DigestValue>0H12LjLYxS/5fHpW6j66kfKWPPA=</DigestValue>
      </Reference>
      <Reference URI="/word/numbering.xml?ContentType=application/vnd.openxmlformats-officedocument.wordprocessingml.numbering+xml">
        <DigestMethod Algorithm="http://www.w3.org/2000/09/xmldsig#sha1"/>
        <DigestValue>8YkZMDwYJXM/S8xg9KS0BpzjD/o=</DigestValue>
      </Reference>
      <Reference URI="/word/settings.xml?ContentType=application/vnd.openxmlformats-officedocument.wordprocessingml.settings+xml">
        <DigestMethod Algorithm="http://www.w3.org/2000/09/xmldsig#sha1"/>
        <DigestValue>1TR90pmZSleYwsVdEqkLRJWoSio=</DigestValue>
      </Reference>
      <Reference URI="/word/styles.xml?ContentType=application/vnd.openxmlformats-officedocument.wordprocessingml.styles+xml">
        <DigestMethod Algorithm="http://www.w3.org/2000/09/xmldsig#sha1"/>
        <DigestValue>W1G6PS83x+a1JvBJzQnbqX9lwKk=</DigestValue>
      </Reference>
      <Reference URI="/word/theme/theme1.xml?ContentType=application/vnd.openxmlformats-officedocument.theme+xml">
        <DigestMethod Algorithm="http://www.w3.org/2000/09/xmldsig#sha1"/>
        <DigestValue>RvCbLeRJf/FC3atfM+caO5y3ZlQ=</DigestValue>
      </Reference>
      <Reference URI="/word/webSettings.xml?ContentType=application/vnd.openxmlformats-officedocument.wordprocessingml.webSettings+xml">
        <DigestMethod Algorithm="http://www.w3.org/2000/09/xmldsig#sha1"/>
        <DigestValue>oqseiZjLKUYF1ePj3IZQ+VVGl1c=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2023-11-11T04:55:06Z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2023-11-11T04:55:06Z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FBA195-6C2F-4A1E-8801-2F79524F4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29</Pages>
  <Words>5609</Words>
  <Characters>31974</Characters>
  <Application>Microsoft Office Word</Application>
  <DocSecurity>0</DocSecurity>
  <Lines>266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37508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16</cp:revision>
  <cp:lastPrinted>2023-10-11T13:38:00Z</cp:lastPrinted>
  <dcterms:created xsi:type="dcterms:W3CDTF">2022-10-16T13:00:00Z</dcterms:created>
  <dcterms:modified xsi:type="dcterms:W3CDTF">2023-10-16T17:37:00Z</dcterms:modified>
  <cp:category/>
</cp:coreProperties>
</file>